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104A0" w14:textId="32B7AA49" w:rsidR="007E59F0" w:rsidRDefault="00863754" w:rsidP="009F15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32"/>
          <w:lang w:val="fr-FR" w:eastAsia="fr-FR"/>
        </w:rPr>
      </w:pPr>
      <w:r w:rsidRPr="00954219">
        <w:rPr>
          <w:noProof/>
        </w:rPr>
        <w:drawing>
          <wp:anchor distT="0" distB="0" distL="114300" distR="114300" simplePos="0" relativeHeight="251680256" behindDoc="0" locked="0" layoutInCell="1" allowOverlap="1" wp14:anchorId="50BA9359" wp14:editId="4B0C86D0">
            <wp:simplePos x="0" y="0"/>
            <wp:positionH relativeFrom="column">
              <wp:posOffset>-775336</wp:posOffset>
            </wp:positionH>
            <wp:positionV relativeFrom="paragraph">
              <wp:posOffset>-958215</wp:posOffset>
            </wp:positionV>
            <wp:extent cx="1558317" cy="807720"/>
            <wp:effectExtent l="0" t="0" r="3810" b="0"/>
            <wp:wrapNone/>
            <wp:docPr id="12" name="Graphique 11">
              <a:extLst xmlns:a="http://schemas.openxmlformats.org/drawingml/2006/main">
                <a:ext uri="{FF2B5EF4-FFF2-40B4-BE49-F238E27FC236}">
                  <a16:creationId xmlns:a16="http://schemas.microsoft.com/office/drawing/2014/main" id="{0858EABA-0781-BA32-3B4D-9AE03D12E0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phique 11">
                      <a:extLst>
                        <a:ext uri="{FF2B5EF4-FFF2-40B4-BE49-F238E27FC236}">
                          <a16:creationId xmlns:a16="http://schemas.microsoft.com/office/drawing/2014/main" id="{0858EABA-0781-BA32-3B4D-9AE03D12E0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b="5829"/>
                    <a:stretch>
                      <a:fillRect/>
                    </a:stretch>
                  </pic:blipFill>
                  <pic:spPr>
                    <a:xfrm>
                      <a:off x="0" y="0"/>
                      <a:ext cx="1560636" cy="8089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213F" w:rsidRPr="007F332F">
        <w:rPr>
          <w:rFonts w:ascii="Times New Roman" w:eastAsia="Times New Roman" w:hAnsi="Times New Roman" w:cs="Times New Roman"/>
          <w:b/>
          <w:bCs/>
          <w:noProof/>
          <w:color w:val="E36C0A" w:themeColor="accent6" w:themeShade="BF"/>
          <w:sz w:val="32"/>
          <w:szCs w:val="32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2F6CCA1D" wp14:editId="7848C809">
                <wp:simplePos x="0" y="0"/>
                <wp:positionH relativeFrom="column">
                  <wp:posOffset>-386715</wp:posOffset>
                </wp:positionH>
                <wp:positionV relativeFrom="paragraph">
                  <wp:posOffset>9525</wp:posOffset>
                </wp:positionV>
                <wp:extent cx="3817620" cy="84582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7620" cy="8458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8100000" scaled="1"/>
                          <a:tileRect/>
                        </a:gra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D55D0" w14:textId="02B89865" w:rsidR="007F332F" w:rsidRPr="0038213F" w:rsidRDefault="003E4502" w:rsidP="00E94742">
                            <w:pPr>
                              <w:rPr>
                                <w:b/>
                                <w:bCs/>
                                <w:color w:val="E36C0A" w:themeColor="accent6" w:themeShade="BF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3E4502">
                              <w:rPr>
                                <w:b/>
                                <w:bCs/>
                                <w:color w:val="E36C0A" w:themeColor="accent6" w:themeShade="BF"/>
                                <w:sz w:val="40"/>
                                <w:szCs w:val="40"/>
                                <w:lang w:val="fr-FR"/>
                              </w:rPr>
                              <w:t xml:space="preserve">Programme de Formation : </w:t>
                            </w:r>
                            <w:r w:rsidR="007E2804">
                              <w:rPr>
                                <w:b/>
                                <w:bCs/>
                                <w:color w:val="E36C0A" w:themeColor="accent6" w:themeShade="BF"/>
                                <w:sz w:val="40"/>
                                <w:szCs w:val="40"/>
                                <w:lang w:val="fr-FR"/>
                              </w:rPr>
                              <w:t xml:space="preserve">      </w:t>
                            </w:r>
                            <w:r w:rsidR="00773A0E">
                              <w:rPr>
                                <w:b/>
                                <w:bCs/>
                                <w:color w:val="E36C0A" w:themeColor="accent6" w:themeShade="BF"/>
                                <w:sz w:val="40"/>
                                <w:szCs w:val="40"/>
                                <w:lang w:val="fr-FR"/>
                              </w:rPr>
                              <w:t xml:space="preserve">    </w:t>
                            </w:r>
                            <w:r w:rsidR="003146E6" w:rsidRPr="0038213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FR"/>
                              </w:rPr>
                              <w:t>Initiation à l'Intelligence Artificielle</w:t>
                            </w:r>
                            <w:r w:rsidR="0038213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3146E6" w:rsidRPr="0038213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fr-FR"/>
                              </w:rPr>
                              <w:t>(4H)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6CCA1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30.45pt;margin-top:.75pt;width:300.6pt;height:66.6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" fillcolor="#959595" stroked="f">
                <v:fill rotate="t" angle="315" colors="0 #959595;.5 #d6d6d6;1 white" focus="100%" type="gradient"/>
                <v:textbox>
                  <w:txbxContent>
                    <w:p w14:paraId="2D8D55D0" w14:textId="02B89865" w:rsidR="007F332F" w:rsidRPr="0038213F" w:rsidRDefault="003E4502" w:rsidP="00E94742">
                      <w:pPr>
                        <w:rPr>
                          <w:b/>
                          <w:bCs/>
                          <w:color w:val="E36C0A" w:themeColor="accent6" w:themeShade="BF"/>
                          <w:sz w:val="28"/>
                          <w:szCs w:val="28"/>
                          <w:lang w:val="fr-FR"/>
                        </w:rPr>
                      </w:pPr>
                      <w:r w:rsidRPr="003E4502">
                        <w:rPr>
                          <w:b/>
                          <w:bCs/>
                          <w:color w:val="E36C0A" w:themeColor="accent6" w:themeShade="BF"/>
                          <w:sz w:val="40"/>
                          <w:szCs w:val="40"/>
                          <w:lang w:val="fr-FR"/>
                        </w:rPr>
                        <w:t xml:space="preserve">Programme de Formation : </w:t>
                      </w:r>
                      <w:r w:rsidR="007E2804">
                        <w:rPr>
                          <w:b/>
                          <w:bCs/>
                          <w:color w:val="E36C0A" w:themeColor="accent6" w:themeShade="BF"/>
                          <w:sz w:val="40"/>
                          <w:szCs w:val="40"/>
                          <w:lang w:val="fr-FR"/>
                        </w:rPr>
                        <w:t xml:space="preserve">      </w:t>
                      </w:r>
                      <w:r w:rsidR="00773A0E">
                        <w:rPr>
                          <w:b/>
                          <w:bCs/>
                          <w:color w:val="E36C0A" w:themeColor="accent6" w:themeShade="BF"/>
                          <w:sz w:val="40"/>
                          <w:szCs w:val="40"/>
                          <w:lang w:val="fr-FR"/>
                        </w:rPr>
                        <w:t xml:space="preserve">    </w:t>
                      </w:r>
                      <w:r w:rsidR="003146E6" w:rsidRPr="0038213F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FR"/>
                        </w:rPr>
                        <w:t>Initiation à l'Intelligence Artificielle</w:t>
                      </w:r>
                      <w:r w:rsidR="0038213F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3146E6" w:rsidRPr="0038213F">
                        <w:rPr>
                          <w:b/>
                          <w:bCs/>
                          <w:color w:val="7030A0"/>
                          <w:sz w:val="28"/>
                          <w:szCs w:val="28"/>
                          <w:lang w:val="fr-FR"/>
                        </w:rPr>
                        <w:t>(4H)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213F">
        <w:rPr>
          <w:noProof/>
          <w:sz w:val="4"/>
          <w:szCs w:val="4"/>
          <w:lang w:val="fr-FR"/>
        </w:rPr>
        <w:drawing>
          <wp:anchor distT="0" distB="0" distL="114300" distR="114300" simplePos="0" relativeHeight="251672064" behindDoc="0" locked="0" layoutInCell="1" allowOverlap="1" wp14:anchorId="44AFFD54" wp14:editId="4A47D805">
            <wp:simplePos x="0" y="0"/>
            <wp:positionH relativeFrom="column">
              <wp:posOffset>3350714</wp:posOffset>
            </wp:positionH>
            <wp:positionV relativeFrom="paragraph">
              <wp:posOffset>-732790</wp:posOffset>
            </wp:positionV>
            <wp:extent cx="2530791" cy="1674788"/>
            <wp:effectExtent l="190500" t="190500" r="193675" b="192405"/>
            <wp:wrapNone/>
            <wp:docPr id="156989050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890503" name="Image 156989050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0791" cy="16747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F478AF" w14:textId="5E9CAB49" w:rsidR="0065410C" w:rsidRDefault="0065410C" w:rsidP="004517F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32"/>
          <w:lang w:val="fr-FR" w:eastAsia="fr-FR"/>
        </w:rPr>
      </w:pPr>
    </w:p>
    <w:p w14:paraId="3D216276" w14:textId="1222E6AD" w:rsidR="00CC0DE8" w:rsidRPr="00CC0DE8" w:rsidRDefault="00CC0DE8" w:rsidP="00067FF1">
      <w:pPr>
        <w:pStyle w:val="Titre1"/>
        <w:rPr>
          <w:sz w:val="4"/>
          <w:szCs w:val="4"/>
          <w:lang w:val="fr-FR"/>
        </w:rPr>
      </w:pPr>
    </w:p>
    <w:p w14:paraId="7B5B9610" w14:textId="549E602A" w:rsidR="00A21C32" w:rsidRDefault="00A21C32" w:rsidP="00275F59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E36C0A" w:themeColor="accent6" w:themeShade="BF"/>
          <w:lang w:val="fr-FR"/>
        </w:rPr>
      </w:pPr>
      <w:r w:rsidRPr="00A25EBB">
        <w:rPr>
          <w:rFonts w:eastAsiaTheme="majorEastAsia" w:cstheme="majorBidi"/>
          <w:noProof/>
          <w:color w:val="0070C0"/>
        </w:rPr>
        <mc:AlternateContent>
          <mc:Choice Requires="wpg">
            <w:drawing>
              <wp:anchor distT="0" distB="0" distL="114300" distR="114300" simplePos="0" relativeHeight="251654655" behindDoc="1" locked="0" layoutInCell="1" allowOverlap="1" wp14:anchorId="1563895E" wp14:editId="67089D6C">
                <wp:simplePos x="0" y="0"/>
                <wp:positionH relativeFrom="column">
                  <wp:posOffset>-158115</wp:posOffset>
                </wp:positionH>
                <wp:positionV relativeFrom="paragraph">
                  <wp:posOffset>541655</wp:posOffset>
                </wp:positionV>
                <wp:extent cx="6381750" cy="800100"/>
                <wp:effectExtent l="0" t="0" r="0" b="0"/>
                <wp:wrapNone/>
                <wp:docPr id="9" name="Groupe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59A6E95-A349-B774-3C84-F033544DB05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800100"/>
                          <a:chOff x="1" y="0"/>
                          <a:chExt cx="5202505" cy="1085092"/>
                        </a:xfrm>
                      </wpg:grpSpPr>
                      <wps:wsp>
                        <wps:cNvPr id="1326318021" name="Rectangle 1326318021">
                          <a:extLst>
                            <a:ext uri="{FF2B5EF4-FFF2-40B4-BE49-F238E27FC236}">
                              <a16:creationId xmlns:a16="http://schemas.microsoft.com/office/drawing/2014/main" id="{7BED5EF1-CA2A-8E99-9478-649CBB6BF394}"/>
                            </a:ext>
                          </a:extLst>
                        </wps:cNvPr>
                        <wps:cNvSpPr/>
                        <wps:spPr>
                          <a:xfrm>
                            <a:off x="81665" y="10951"/>
                            <a:ext cx="5120841" cy="10741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6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06639258" name="Rectangle 806639258">
                          <a:extLst>
                            <a:ext uri="{FF2B5EF4-FFF2-40B4-BE49-F238E27FC236}">
                              <a16:creationId xmlns:a16="http://schemas.microsoft.com/office/drawing/2014/main" id="{8BE70AF2-C600-A6F8-AA78-7F914F638855}"/>
                            </a:ext>
                          </a:extLst>
                        </wps:cNvPr>
                        <wps:cNvSpPr/>
                        <wps:spPr>
                          <a:xfrm>
                            <a:off x="1" y="0"/>
                            <a:ext cx="43480" cy="1085092"/>
                          </a:xfrm>
                          <a:prstGeom prst="rect">
                            <a:avLst/>
                          </a:prstGeom>
                          <a:solidFill>
                            <a:srgbClr val="E8511C">
                              <a:alpha val="86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5E54DB" id="Groupe 8" o:spid="_x0000_s1026" style="position:absolute;margin-left:-12.45pt;margin-top:42.65pt;width:502.5pt;height:63pt;z-index:-251661825;mso-width-relative:margin;mso-height-relative:margin" coordorigin="" coordsize="52025,1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">
                <v:rect id="Rectangle 1326318021" o:spid="_x0000_s1027" style="position:absolute;left:816;top:109;width:51209;height:10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" fillcolor="white [3212]" stroked="f" strokeweight="2pt">
                  <v:fill opacity="56283f"/>
                </v:rect>
                <v:rect id="Rectangle 806639258" o:spid="_x0000_s1028" style="position:absolute;width:434;height:10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" fillcolor="#e8511c" stroked="f" strokeweight="2pt">
                  <v:fill opacity="56283f"/>
                </v:rect>
              </v:group>
            </w:pict>
          </mc:Fallback>
        </mc:AlternateContent>
      </w:r>
    </w:p>
    <w:p w14:paraId="4D3DDECC" w14:textId="7B95FC96" w:rsidR="004C3CAC" w:rsidRPr="004C3CAC" w:rsidRDefault="004C3CAC" w:rsidP="004C3CAC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E36C0A" w:themeColor="accent6" w:themeShade="BF"/>
          <w:lang w:val="fr-FR"/>
        </w:rPr>
      </w:pPr>
      <w:r w:rsidRPr="004C3CAC">
        <w:rPr>
          <w:rFonts w:eastAsiaTheme="majorEastAsia" w:cstheme="majorBidi"/>
          <w:b/>
          <w:bCs/>
          <w:color w:val="E36C0A" w:themeColor="accent6" w:themeShade="BF"/>
          <w:lang w:val="fr-FR"/>
        </w:rPr>
        <w:t>Module 1 : Démystifier l'IA et Comprendre les Bases (Durée : 60 minutes)</w:t>
      </w:r>
      <w:r w:rsidR="00863754" w:rsidRPr="00863754">
        <w:rPr>
          <w:lang w:val="fr-FR"/>
        </w:rPr>
        <w:t xml:space="preserve"> </w:t>
      </w:r>
    </w:p>
    <w:p w14:paraId="5999171E" w14:textId="6FBCD3C1" w:rsidR="004C3CAC" w:rsidRPr="004C3CAC" w:rsidRDefault="004C3CAC" w:rsidP="004C3CAC">
      <w:pPr>
        <w:numPr>
          <w:ilvl w:val="0"/>
          <w:numId w:val="31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 xml:space="preserve">Définitions claires (mythes vs. </w:t>
      </w:r>
      <w:proofErr w:type="gramStart"/>
      <w:r w:rsidRPr="004C3CAC">
        <w:rPr>
          <w:rFonts w:eastAsiaTheme="majorEastAsia" w:cstheme="majorBidi"/>
          <w:color w:val="0070C0"/>
          <w:lang w:val="fr-FR"/>
        </w:rPr>
        <w:t>réalités</w:t>
      </w:r>
      <w:proofErr w:type="gramEnd"/>
      <w:r w:rsidRPr="004C3CAC">
        <w:rPr>
          <w:rFonts w:eastAsiaTheme="majorEastAsia" w:cstheme="majorBidi"/>
          <w:color w:val="0070C0"/>
          <w:lang w:val="fr-FR"/>
        </w:rPr>
        <w:t>).</w:t>
      </w:r>
    </w:p>
    <w:p w14:paraId="6118C006" w14:textId="1ABDBC37" w:rsidR="004C3CAC" w:rsidRPr="004C3CAC" w:rsidRDefault="004C3CAC" w:rsidP="004C3CAC">
      <w:pPr>
        <w:numPr>
          <w:ilvl w:val="0"/>
          <w:numId w:val="31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Les grands jalons de l'histoire de l'IA.</w:t>
      </w:r>
      <w:r w:rsidR="00863754" w:rsidRPr="00863754">
        <w:rPr>
          <w:rFonts w:eastAsiaTheme="majorEastAsia" w:cstheme="majorBidi"/>
          <w:noProof/>
          <w:color w:val="0070C0"/>
          <w:lang w:val="fr-FR"/>
        </w:rPr>
        <w:t xml:space="preserve"> </w:t>
      </w:r>
    </w:p>
    <w:p w14:paraId="0D8B9620" w14:textId="252C4B4C" w:rsidR="004C3CAC" w:rsidRDefault="004C3CAC" w:rsidP="004C3CAC">
      <w:pPr>
        <w:numPr>
          <w:ilvl w:val="0"/>
          <w:numId w:val="31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Les mécanismes clés expliqués simplement (Machine Learning, Deep Learning).</w:t>
      </w:r>
    </w:p>
    <w:p w14:paraId="703188CE" w14:textId="022A8B2A" w:rsidR="00586BB6" w:rsidRDefault="00586BB6" w:rsidP="00586BB6">
      <w:pPr>
        <w:spacing w:before="100" w:beforeAutospacing="1" w:after="100" w:afterAutospacing="1" w:line="240" w:lineRule="auto"/>
        <w:ind w:left="720"/>
        <w:outlineLvl w:val="3"/>
        <w:rPr>
          <w:rFonts w:eastAsiaTheme="majorEastAsia" w:cstheme="majorBidi"/>
          <w:color w:val="0070C0"/>
          <w:lang w:val="fr-FR"/>
        </w:rPr>
      </w:pPr>
      <w:r w:rsidRPr="00A25EBB">
        <w:rPr>
          <w:rFonts w:eastAsiaTheme="majorEastAsia" w:cstheme="majorBidi"/>
          <w:noProof/>
          <w:color w:val="0070C0"/>
        </w:rPr>
        <mc:AlternateContent>
          <mc:Choice Requires="wpg">
            <w:drawing>
              <wp:anchor distT="0" distB="0" distL="114300" distR="114300" simplePos="0" relativeHeight="251674112" behindDoc="1" locked="0" layoutInCell="1" allowOverlap="1" wp14:anchorId="3D402A31" wp14:editId="09E814A6">
                <wp:simplePos x="0" y="0"/>
                <wp:positionH relativeFrom="column">
                  <wp:posOffset>-158115</wp:posOffset>
                </wp:positionH>
                <wp:positionV relativeFrom="paragraph">
                  <wp:posOffset>387985</wp:posOffset>
                </wp:positionV>
                <wp:extent cx="6381750" cy="1554480"/>
                <wp:effectExtent l="0" t="0" r="0" b="7620"/>
                <wp:wrapNone/>
                <wp:docPr id="202869250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1554480"/>
                          <a:chOff x="1" y="0"/>
                          <a:chExt cx="5202505" cy="1085092"/>
                        </a:xfrm>
                      </wpg:grpSpPr>
                      <wps:wsp>
                        <wps:cNvPr id="1994538347" name="Rectangle 1994538347"/>
                        <wps:cNvSpPr/>
                        <wps:spPr>
                          <a:xfrm>
                            <a:off x="81665" y="10951"/>
                            <a:ext cx="5120841" cy="10741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6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02866834" name="Rectangle 1802866834"/>
                        <wps:cNvSpPr/>
                        <wps:spPr>
                          <a:xfrm>
                            <a:off x="1" y="0"/>
                            <a:ext cx="43480" cy="1085092"/>
                          </a:xfrm>
                          <a:prstGeom prst="rect">
                            <a:avLst/>
                          </a:prstGeom>
                          <a:solidFill>
                            <a:srgbClr val="E8511C">
                              <a:alpha val="86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81200E" id="Groupe 8" o:spid="_x0000_s1026" style="position:absolute;margin-left:-12.45pt;margin-top:30.55pt;width:502.5pt;height:122.4pt;z-index:-251642368;mso-width-relative:margin;mso-height-relative:margin" coordorigin="" coordsize="52025,1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">
                <v:rect id="Rectangle 1994538347" o:spid="_x0000_s1027" style="position:absolute;left:816;top:109;width:51209;height:10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" fillcolor="white [3212]" stroked="f" strokeweight="2pt">
                  <v:fill opacity="56283f"/>
                </v:rect>
                <v:rect id="Rectangle 1802866834" o:spid="_x0000_s1028" style="position:absolute;width:434;height:10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" fillcolor="#e8511c" stroked="f" strokeweight="2pt">
                  <v:fill opacity="56283f"/>
                </v:rect>
              </v:group>
            </w:pict>
          </mc:Fallback>
        </mc:AlternateContent>
      </w:r>
    </w:p>
    <w:p w14:paraId="3F0B0B56" w14:textId="41B34D0D" w:rsidR="004C3CAC" w:rsidRPr="004C3CAC" w:rsidRDefault="004C3CAC" w:rsidP="004C3CAC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E36C0A" w:themeColor="accent6" w:themeShade="BF"/>
          <w:lang w:val="fr-FR"/>
        </w:rPr>
      </w:pPr>
      <w:r w:rsidRPr="004C3CAC">
        <w:rPr>
          <w:rFonts w:eastAsiaTheme="majorEastAsia" w:cstheme="majorBidi"/>
          <w:b/>
          <w:bCs/>
          <w:color w:val="E36C0A" w:themeColor="accent6" w:themeShade="BF"/>
          <w:lang w:val="fr-FR"/>
        </w:rPr>
        <w:t>Module 2 : La Révolution de l'IA Générative : La Créativité Augmentée (Durée : 90 minutes)</w:t>
      </w:r>
    </w:p>
    <w:p w14:paraId="25BEC78C" w14:textId="25E2987B" w:rsidR="004C3CAC" w:rsidRPr="004C3CAC" w:rsidRDefault="004C3CAC" w:rsidP="004C3CAC">
      <w:pPr>
        <w:numPr>
          <w:ilvl w:val="0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0070C0"/>
          <w:lang w:val="fr-FR"/>
        </w:rPr>
      </w:pPr>
      <w:r w:rsidRPr="004C3CAC">
        <w:rPr>
          <w:rFonts w:eastAsiaTheme="majorEastAsia" w:cstheme="majorBidi"/>
          <w:b/>
          <w:bCs/>
          <w:color w:val="0070C0"/>
          <w:lang w:val="fr-FR"/>
        </w:rPr>
        <w:t>Créer avec les Mots et les Images :</w:t>
      </w:r>
    </w:p>
    <w:p w14:paraId="22FA0F84" w14:textId="2000508F" w:rsidR="004C3CAC" w:rsidRPr="004C3CAC" w:rsidRDefault="004C3CAC" w:rsidP="004C3CAC">
      <w:pPr>
        <w:numPr>
          <w:ilvl w:val="1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Panorama des IA de Texte (</w:t>
      </w:r>
      <w:proofErr w:type="spellStart"/>
      <w:r w:rsidRPr="004C3CAC">
        <w:rPr>
          <w:rFonts w:eastAsiaTheme="majorEastAsia" w:cstheme="majorBidi"/>
          <w:color w:val="0070C0"/>
          <w:lang w:val="fr-FR"/>
        </w:rPr>
        <w:t>ChatGPT</w:t>
      </w:r>
      <w:proofErr w:type="spellEnd"/>
      <w:r w:rsidRPr="004C3CAC">
        <w:rPr>
          <w:rFonts w:eastAsiaTheme="majorEastAsia" w:cstheme="majorBidi"/>
          <w:color w:val="0070C0"/>
          <w:lang w:val="fr-FR"/>
        </w:rPr>
        <w:t>, Gemini, Mistral...) et l'art du "prompt".</w:t>
      </w:r>
    </w:p>
    <w:p w14:paraId="58435C47" w14:textId="5E2679D8" w:rsidR="00AE5F30" w:rsidRPr="00AE5F30" w:rsidRDefault="004C3CAC" w:rsidP="00AE5F30">
      <w:pPr>
        <w:numPr>
          <w:ilvl w:val="1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Panorama des IA d'Image (</w:t>
      </w:r>
      <w:proofErr w:type="spellStart"/>
      <w:r w:rsidRPr="004C3CAC">
        <w:rPr>
          <w:rFonts w:eastAsiaTheme="majorEastAsia" w:cstheme="majorBidi"/>
          <w:color w:val="0070C0"/>
          <w:lang w:val="fr-FR"/>
        </w:rPr>
        <w:t>Midjourney</w:t>
      </w:r>
      <w:proofErr w:type="spellEnd"/>
      <w:r w:rsidRPr="004C3CAC">
        <w:rPr>
          <w:rFonts w:eastAsiaTheme="majorEastAsia" w:cstheme="majorBidi"/>
          <w:color w:val="0070C0"/>
          <w:lang w:val="fr-FR"/>
        </w:rPr>
        <w:t>, DALL-E 3...) et démonstration live.</w:t>
      </w:r>
    </w:p>
    <w:p w14:paraId="0FC23F09" w14:textId="1D504394" w:rsidR="004C3CAC" w:rsidRPr="004C3CAC" w:rsidRDefault="004C3CAC" w:rsidP="004C3CAC">
      <w:pPr>
        <w:numPr>
          <w:ilvl w:val="0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0070C0"/>
          <w:lang w:val="fr-FR"/>
        </w:rPr>
      </w:pPr>
      <w:r w:rsidRPr="004C3CAC">
        <w:rPr>
          <w:rFonts w:eastAsiaTheme="majorEastAsia" w:cstheme="majorBidi"/>
          <w:b/>
          <w:bCs/>
          <w:color w:val="0070C0"/>
          <w:lang w:val="fr-FR"/>
        </w:rPr>
        <w:t>La Nouvelle Frontière : Vidéo, Musique &amp; Voix :</w:t>
      </w:r>
    </w:p>
    <w:p w14:paraId="29F90660" w14:textId="67653A4E" w:rsidR="004C3CAC" w:rsidRPr="004C3CAC" w:rsidRDefault="004C3CAC" w:rsidP="004C3CAC">
      <w:pPr>
        <w:numPr>
          <w:ilvl w:val="1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Aperçu de la révolution vidéo (Sora) et musicale (</w:t>
      </w:r>
      <w:proofErr w:type="spellStart"/>
      <w:r w:rsidRPr="004C3CAC">
        <w:rPr>
          <w:rFonts w:eastAsiaTheme="majorEastAsia" w:cstheme="majorBidi"/>
          <w:color w:val="0070C0"/>
          <w:lang w:val="fr-FR"/>
        </w:rPr>
        <w:t>Suno</w:t>
      </w:r>
      <w:proofErr w:type="spellEnd"/>
      <w:r w:rsidRPr="004C3CAC">
        <w:rPr>
          <w:rFonts w:eastAsiaTheme="majorEastAsia" w:cstheme="majorBidi"/>
          <w:color w:val="0070C0"/>
          <w:lang w:val="fr-FR"/>
        </w:rPr>
        <w:t>).</w:t>
      </w:r>
    </w:p>
    <w:p w14:paraId="51765D00" w14:textId="086B44AA" w:rsidR="004C3CAC" w:rsidRDefault="004C3CAC" w:rsidP="004C3CAC">
      <w:pPr>
        <w:numPr>
          <w:ilvl w:val="1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 xml:space="preserve">Les enjeux : </w:t>
      </w:r>
      <w:proofErr w:type="spellStart"/>
      <w:r w:rsidRPr="004C3CAC">
        <w:rPr>
          <w:rFonts w:eastAsiaTheme="majorEastAsia" w:cstheme="majorBidi"/>
          <w:color w:val="0070C0"/>
          <w:lang w:val="fr-FR"/>
        </w:rPr>
        <w:t>Deepfakes</w:t>
      </w:r>
      <w:proofErr w:type="spellEnd"/>
      <w:r w:rsidRPr="004C3CAC">
        <w:rPr>
          <w:rFonts w:eastAsiaTheme="majorEastAsia" w:cstheme="majorBidi"/>
          <w:color w:val="0070C0"/>
          <w:lang w:val="fr-FR"/>
        </w:rPr>
        <w:t xml:space="preserve"> et droits d'auteur.</w:t>
      </w:r>
    </w:p>
    <w:p w14:paraId="44DAB7D2" w14:textId="1B753A7A" w:rsidR="004C3CAC" w:rsidRPr="004C3CAC" w:rsidRDefault="004C3CAC" w:rsidP="004C3CAC">
      <w:pPr>
        <w:numPr>
          <w:ilvl w:val="0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0070C0"/>
          <w:lang w:val="fr-FR"/>
        </w:rPr>
      </w:pPr>
      <w:r w:rsidRPr="004C3CAC">
        <w:rPr>
          <w:rFonts w:eastAsiaTheme="majorEastAsia" w:cstheme="majorBidi"/>
          <w:b/>
          <w:bCs/>
          <w:color w:val="0070C0"/>
          <w:lang w:val="fr-FR"/>
        </w:rPr>
        <w:t>Cas d'Usages Professionnels :</w:t>
      </w:r>
    </w:p>
    <w:p w14:paraId="15CABF92" w14:textId="206F0564" w:rsidR="004C3CAC" w:rsidRDefault="004C3CAC" w:rsidP="004C3CAC">
      <w:pPr>
        <w:numPr>
          <w:ilvl w:val="1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Comment l'IA peut booster votre productivité.</w:t>
      </w:r>
    </w:p>
    <w:p w14:paraId="36DF484A" w14:textId="77777777" w:rsidR="00F6674D" w:rsidRDefault="00F6674D" w:rsidP="004C3CAC">
      <w:pPr>
        <w:numPr>
          <w:ilvl w:val="1"/>
          <w:numId w:val="32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</w:p>
    <w:p w14:paraId="1E23F412" w14:textId="59F6DF28" w:rsidR="004C3CAC" w:rsidRDefault="004C3CAC" w:rsidP="004C3CAC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lang w:val="fr-FR"/>
        </w:rPr>
      </w:pPr>
      <w:r w:rsidRPr="004C3CAC">
        <w:rPr>
          <w:rFonts w:eastAsiaTheme="majorEastAsia" w:cstheme="majorBidi"/>
          <w:b/>
          <w:bCs/>
          <w:lang w:val="fr-FR"/>
        </w:rPr>
        <w:t>(Pause de 15 minutes)</w:t>
      </w:r>
    </w:p>
    <w:p w14:paraId="395494C8" w14:textId="0F28AAD2" w:rsidR="00F6674D" w:rsidRDefault="00827F6B" w:rsidP="004C3CAC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lang w:val="fr-FR"/>
        </w:rPr>
      </w:pPr>
      <w:r w:rsidRPr="00A25EBB">
        <w:rPr>
          <w:rFonts w:eastAsiaTheme="majorEastAsia" w:cstheme="majorBidi"/>
          <w:noProof/>
          <w:color w:val="0070C0"/>
        </w:rPr>
        <mc:AlternateContent>
          <mc:Choice Requires="wpg">
            <w:drawing>
              <wp:anchor distT="0" distB="0" distL="114300" distR="114300" simplePos="0" relativeHeight="251682304" behindDoc="1" locked="0" layoutInCell="1" allowOverlap="1" wp14:anchorId="1BE62380" wp14:editId="2D37136B">
                <wp:simplePos x="0" y="0"/>
                <wp:positionH relativeFrom="column">
                  <wp:posOffset>-158115</wp:posOffset>
                </wp:positionH>
                <wp:positionV relativeFrom="paragraph">
                  <wp:posOffset>379730</wp:posOffset>
                </wp:positionV>
                <wp:extent cx="6381750" cy="899160"/>
                <wp:effectExtent l="0" t="0" r="0" b="0"/>
                <wp:wrapNone/>
                <wp:docPr id="1897047420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899160"/>
                          <a:chOff x="1" y="0"/>
                          <a:chExt cx="5202505" cy="1085092"/>
                        </a:xfrm>
                      </wpg:grpSpPr>
                      <wps:wsp>
                        <wps:cNvPr id="1864262402" name="Rectangle 1864262402"/>
                        <wps:cNvSpPr/>
                        <wps:spPr>
                          <a:xfrm>
                            <a:off x="81665" y="10951"/>
                            <a:ext cx="5120841" cy="10741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6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8445570" name="Rectangle 488445570"/>
                        <wps:cNvSpPr/>
                        <wps:spPr>
                          <a:xfrm>
                            <a:off x="1" y="0"/>
                            <a:ext cx="43480" cy="1085092"/>
                          </a:xfrm>
                          <a:prstGeom prst="rect">
                            <a:avLst/>
                          </a:prstGeom>
                          <a:solidFill>
                            <a:srgbClr val="E8511C">
                              <a:alpha val="86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B173DB" id="Groupe 8" o:spid="_x0000_s1026" style="position:absolute;margin-left:-12.45pt;margin-top:29.9pt;width:502.5pt;height:70.8pt;z-index:-251634176;mso-width-relative:margin;mso-height-relative:margin" coordorigin="" coordsize="52025,1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">
                <v:rect id="Rectangle 1864262402" o:spid="_x0000_s1027" style="position:absolute;left:816;top:109;width:51209;height:10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" fillcolor="white [3212]" stroked="f" strokeweight="2pt">
                  <v:fill opacity="56283f"/>
                </v:rect>
                <v:rect id="Rectangle 488445570" o:spid="_x0000_s1028" style="position:absolute;width:434;height:10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" fillcolor="#e8511c" stroked="f" strokeweight="2pt">
                  <v:fill opacity="56283f"/>
                </v:rect>
              </v:group>
            </w:pict>
          </mc:Fallback>
        </mc:AlternateContent>
      </w:r>
      <w:r w:rsidR="00F6674D" w:rsidRPr="00A25EBB">
        <w:rPr>
          <w:rFonts w:eastAsiaTheme="majorEastAsia" w:cstheme="majorBidi"/>
          <w:noProof/>
          <w:color w:val="0070C0"/>
        </w:rPr>
        <mc:AlternateContent>
          <mc:Choice Requires="wpg">
            <w:drawing>
              <wp:anchor distT="0" distB="0" distL="114300" distR="114300" simplePos="0" relativeHeight="251676160" behindDoc="1" locked="0" layoutInCell="1" allowOverlap="1" wp14:anchorId="1AFF1F70" wp14:editId="77FF900C">
                <wp:simplePos x="0" y="0"/>
                <wp:positionH relativeFrom="column">
                  <wp:posOffset>-158115</wp:posOffset>
                </wp:positionH>
                <wp:positionV relativeFrom="paragraph">
                  <wp:posOffset>382270</wp:posOffset>
                </wp:positionV>
                <wp:extent cx="6381750" cy="899160"/>
                <wp:effectExtent l="57150" t="0" r="0" b="0"/>
                <wp:wrapNone/>
                <wp:docPr id="509261150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899160"/>
                          <a:chOff x="1" y="0"/>
                          <a:chExt cx="5202505" cy="1085092"/>
                        </a:xfrm>
                        <a:noFill/>
                      </wpg:grpSpPr>
                      <wps:wsp>
                        <wps:cNvPr id="2091557577" name="Rectangle 2091557577"/>
                        <wps:cNvSpPr/>
                        <wps:spPr>
                          <a:xfrm>
                            <a:off x="81665" y="10951"/>
                            <a:ext cx="5120841" cy="107414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65434674" name="Rectangle 1765434674"/>
                        <wps:cNvSpPr/>
                        <wps:spPr>
                          <a:xfrm>
                            <a:off x="1" y="0"/>
                            <a:ext cx="43480" cy="1085092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30402D" id="Groupe 8" o:spid="_x0000_s1026" style="position:absolute;margin-left:-12.45pt;margin-top:30.1pt;width:502.5pt;height:70.8pt;z-index:-251640320;mso-width-relative:margin;mso-height-relative:margin" coordorigin="" coordsize="52025,1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">
                <v:rect id="Rectangle 2091557577" o:spid="_x0000_s1027" style="position:absolute;left:816;top:109;width:51209;height:10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" filled="f" stroked="f" strokeweight="2pt"/>
                <v:rect id="Rectangle 1765434674" o:spid="_x0000_s1028" style="position:absolute;width:434;height:10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" filled="f" stroked="f" strokeweight="2pt"/>
              </v:group>
            </w:pict>
          </mc:Fallback>
        </mc:AlternateContent>
      </w:r>
    </w:p>
    <w:p w14:paraId="64571A92" w14:textId="1F18A2C2" w:rsidR="004C3CAC" w:rsidRPr="004C3CAC" w:rsidRDefault="004C3CAC" w:rsidP="004C3CAC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E36C0A" w:themeColor="accent6" w:themeShade="BF"/>
          <w:lang w:val="fr-FR"/>
        </w:rPr>
      </w:pPr>
      <w:r w:rsidRPr="004C3CAC">
        <w:rPr>
          <w:rFonts w:eastAsiaTheme="majorEastAsia" w:cstheme="majorBidi"/>
          <w:b/>
          <w:bCs/>
          <w:color w:val="E36C0A" w:themeColor="accent6" w:themeShade="BF"/>
          <w:lang w:val="fr-FR"/>
        </w:rPr>
        <w:t>Module 3 : Les Nouveaux Visages de l'IA : Assistants &amp; Recherche (Durée : 60 minutes)</w:t>
      </w:r>
    </w:p>
    <w:p w14:paraId="7CA3508A" w14:textId="15736CCD" w:rsidR="004C3CAC" w:rsidRPr="004C3CAC" w:rsidRDefault="004C3CAC" w:rsidP="004C3CAC">
      <w:pPr>
        <w:numPr>
          <w:ilvl w:val="0"/>
          <w:numId w:val="33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0070C0"/>
          <w:lang w:val="fr-FR"/>
        </w:rPr>
      </w:pPr>
      <w:r w:rsidRPr="004C3CAC">
        <w:rPr>
          <w:rFonts w:eastAsiaTheme="majorEastAsia" w:cstheme="majorBidi"/>
          <w:b/>
          <w:bCs/>
          <w:color w:val="0070C0"/>
          <w:lang w:val="fr-FR"/>
        </w:rPr>
        <w:t>Les Agents IA : Vos Futurs Partenaires</w:t>
      </w:r>
    </w:p>
    <w:p w14:paraId="2055C7DA" w14:textId="3274CFD0" w:rsidR="004C3CAC" w:rsidRDefault="004C3CAC" w:rsidP="004C3CAC">
      <w:pPr>
        <w:numPr>
          <w:ilvl w:val="1"/>
          <w:numId w:val="33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Découvrez les IA qui agissent pour vous et démonstration live.</w:t>
      </w:r>
    </w:p>
    <w:p w14:paraId="15E0CAA4" w14:textId="2DC13BFD" w:rsidR="004C3CAC" w:rsidRPr="004C3CAC" w:rsidRDefault="004C3CAC" w:rsidP="004C3CAC">
      <w:pPr>
        <w:numPr>
          <w:ilvl w:val="0"/>
          <w:numId w:val="33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0070C0"/>
          <w:lang w:val="fr-FR"/>
        </w:rPr>
      </w:pPr>
      <w:r w:rsidRPr="004C3CAC">
        <w:rPr>
          <w:rFonts w:eastAsiaTheme="majorEastAsia" w:cstheme="majorBidi"/>
          <w:b/>
          <w:bCs/>
          <w:color w:val="0070C0"/>
          <w:lang w:val="fr-FR"/>
        </w:rPr>
        <w:t>La Recherche sur Internet Réinventée</w:t>
      </w:r>
    </w:p>
    <w:p w14:paraId="6BCAC440" w14:textId="22D1A30D" w:rsidR="004C3CAC" w:rsidRPr="004C3CAC" w:rsidRDefault="004C3CAC" w:rsidP="004C3CAC">
      <w:pPr>
        <w:numPr>
          <w:ilvl w:val="1"/>
          <w:numId w:val="33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Comment obtenir des réponses directes (</w:t>
      </w:r>
      <w:proofErr w:type="spellStart"/>
      <w:r w:rsidRPr="004C3CAC">
        <w:rPr>
          <w:rFonts w:eastAsiaTheme="majorEastAsia" w:cstheme="majorBidi"/>
          <w:color w:val="0070C0"/>
          <w:lang w:val="fr-FR"/>
        </w:rPr>
        <w:t>Perplexity</w:t>
      </w:r>
      <w:proofErr w:type="spellEnd"/>
      <w:r w:rsidRPr="004C3CAC">
        <w:rPr>
          <w:rFonts w:eastAsiaTheme="majorEastAsia" w:cstheme="majorBidi"/>
          <w:color w:val="0070C0"/>
          <w:lang w:val="fr-FR"/>
        </w:rPr>
        <w:t xml:space="preserve"> vs. Google AI </w:t>
      </w:r>
      <w:proofErr w:type="spellStart"/>
      <w:r w:rsidRPr="004C3CAC">
        <w:rPr>
          <w:rFonts w:eastAsiaTheme="majorEastAsia" w:cstheme="majorBidi"/>
          <w:color w:val="0070C0"/>
          <w:lang w:val="fr-FR"/>
        </w:rPr>
        <w:t>Overviews</w:t>
      </w:r>
      <w:proofErr w:type="spellEnd"/>
      <w:r w:rsidRPr="004C3CAC">
        <w:rPr>
          <w:rFonts w:eastAsiaTheme="majorEastAsia" w:cstheme="majorBidi"/>
          <w:color w:val="0070C0"/>
          <w:lang w:val="fr-FR"/>
        </w:rPr>
        <w:t>).</w:t>
      </w:r>
    </w:p>
    <w:p w14:paraId="5CD7C0D0" w14:textId="1706B5D1" w:rsidR="004C3CAC" w:rsidRPr="004C3CAC" w:rsidRDefault="00947528" w:rsidP="004C3CAC">
      <w:pPr>
        <w:spacing w:before="100" w:beforeAutospacing="1" w:after="100" w:afterAutospacing="1" w:line="240" w:lineRule="auto"/>
        <w:outlineLvl w:val="3"/>
        <w:rPr>
          <w:rFonts w:eastAsiaTheme="majorEastAsia" w:cstheme="majorBidi"/>
          <w:b/>
          <w:bCs/>
          <w:color w:val="E36C0A" w:themeColor="accent6" w:themeShade="BF"/>
          <w:lang w:val="fr-FR"/>
        </w:rPr>
      </w:pPr>
      <w:r w:rsidRPr="00A25EBB">
        <w:rPr>
          <w:rFonts w:eastAsiaTheme="majorEastAsia" w:cstheme="majorBidi"/>
          <w:noProof/>
          <w:color w:val="0070C0"/>
        </w:rPr>
        <mc:AlternateContent>
          <mc:Choice Requires="wpg">
            <w:drawing>
              <wp:anchor distT="0" distB="0" distL="114300" distR="114300" simplePos="0" relativeHeight="251678208" behindDoc="1" locked="0" layoutInCell="1" allowOverlap="1" wp14:anchorId="774373AD" wp14:editId="57077191">
                <wp:simplePos x="0" y="0"/>
                <wp:positionH relativeFrom="column">
                  <wp:posOffset>-158115</wp:posOffset>
                </wp:positionH>
                <wp:positionV relativeFrom="paragraph">
                  <wp:posOffset>69215</wp:posOffset>
                </wp:positionV>
                <wp:extent cx="6381750" cy="899160"/>
                <wp:effectExtent l="0" t="0" r="0" b="0"/>
                <wp:wrapNone/>
                <wp:docPr id="1067078377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899160"/>
                          <a:chOff x="1" y="0"/>
                          <a:chExt cx="5202505" cy="1085092"/>
                        </a:xfrm>
                      </wpg:grpSpPr>
                      <wps:wsp>
                        <wps:cNvPr id="641462506" name="Rectangle 641462506"/>
                        <wps:cNvSpPr/>
                        <wps:spPr>
                          <a:xfrm>
                            <a:off x="81665" y="10951"/>
                            <a:ext cx="5120841" cy="10741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86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85443266" name="Rectangle 985443266"/>
                        <wps:cNvSpPr/>
                        <wps:spPr>
                          <a:xfrm>
                            <a:off x="1" y="0"/>
                            <a:ext cx="43480" cy="1085092"/>
                          </a:xfrm>
                          <a:prstGeom prst="rect">
                            <a:avLst/>
                          </a:prstGeom>
                          <a:solidFill>
                            <a:srgbClr val="E8511C">
                              <a:alpha val="86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0C660F" id="Groupe 8" o:spid="_x0000_s1026" style="position:absolute;margin-left:-12.45pt;margin-top:5.45pt;width:502.5pt;height:70.8pt;z-index:-251638272;mso-width-relative:margin;mso-height-relative:margin" coordorigin="" coordsize="52025,1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">
                <v:rect id="Rectangle 641462506" o:spid="_x0000_s1027" style="position:absolute;left:816;top:109;width:51209;height:107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" fillcolor="white [3212]" stroked="f" strokeweight="2pt">
                  <v:fill opacity="56283f"/>
                </v:rect>
                <v:rect id="Rectangle 985443266" o:spid="_x0000_s1028" style="position:absolute;width:434;height:10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" fillcolor="#e8511c" stroked="f" strokeweight="2pt">
                  <v:fill opacity="56283f"/>
                </v:rect>
              </v:group>
            </w:pict>
          </mc:Fallback>
        </mc:AlternateContent>
      </w:r>
      <w:r w:rsidR="004C3CAC" w:rsidRPr="004C3CAC">
        <w:rPr>
          <w:rFonts w:eastAsiaTheme="majorEastAsia" w:cstheme="majorBidi"/>
          <w:b/>
          <w:bCs/>
          <w:color w:val="E36C0A" w:themeColor="accent6" w:themeShade="BF"/>
          <w:lang w:val="fr-FR"/>
        </w:rPr>
        <w:t xml:space="preserve">Module 4 : Conclusion &amp; </w:t>
      </w:r>
      <w:proofErr w:type="gramStart"/>
      <w:r w:rsidR="004C3CAC" w:rsidRPr="004C3CAC">
        <w:rPr>
          <w:rFonts w:eastAsiaTheme="majorEastAsia" w:cstheme="majorBidi"/>
          <w:b/>
          <w:bCs/>
          <w:color w:val="E36C0A" w:themeColor="accent6" w:themeShade="BF"/>
          <w:lang w:val="fr-FR"/>
        </w:rPr>
        <w:t>Perspectives d'Avenir</w:t>
      </w:r>
      <w:proofErr w:type="gramEnd"/>
      <w:r w:rsidR="004C3CAC" w:rsidRPr="004C3CAC">
        <w:rPr>
          <w:rFonts w:eastAsiaTheme="majorEastAsia" w:cstheme="majorBidi"/>
          <w:b/>
          <w:bCs/>
          <w:color w:val="E36C0A" w:themeColor="accent6" w:themeShade="BF"/>
          <w:lang w:val="fr-FR"/>
        </w:rPr>
        <w:t xml:space="preserve"> (Durée : 30 minutes)</w:t>
      </w:r>
    </w:p>
    <w:p w14:paraId="5C0CC540" w14:textId="77777777" w:rsidR="004C3CAC" w:rsidRPr="004C3CAC" w:rsidRDefault="004C3CAC" w:rsidP="004C3CAC">
      <w:pPr>
        <w:numPr>
          <w:ilvl w:val="0"/>
          <w:numId w:val="34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Les grands enjeux : Éthique, emploi et environnement.</w:t>
      </w:r>
    </w:p>
    <w:p w14:paraId="70F81259" w14:textId="77777777" w:rsidR="004C3CAC" w:rsidRPr="004C3CAC" w:rsidRDefault="004C3CAC" w:rsidP="004C3CAC">
      <w:pPr>
        <w:numPr>
          <w:ilvl w:val="0"/>
          <w:numId w:val="34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Les 3 compétences clés à développer pour rester pertinent.</w:t>
      </w:r>
    </w:p>
    <w:p w14:paraId="77E4C1F6" w14:textId="77777777" w:rsidR="004C3CAC" w:rsidRPr="004C3CAC" w:rsidRDefault="004C3CAC" w:rsidP="004C3CAC">
      <w:pPr>
        <w:numPr>
          <w:ilvl w:val="0"/>
          <w:numId w:val="34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Plan d'action pour rester à jour.</w:t>
      </w:r>
    </w:p>
    <w:p w14:paraId="1DF1EE49" w14:textId="77777777" w:rsidR="004C3CAC" w:rsidRPr="004C3CAC" w:rsidRDefault="004C3CAC" w:rsidP="004C3CAC">
      <w:pPr>
        <w:numPr>
          <w:ilvl w:val="0"/>
          <w:numId w:val="34"/>
        </w:numPr>
        <w:spacing w:before="100" w:beforeAutospacing="1" w:after="100" w:afterAutospacing="1" w:line="240" w:lineRule="auto"/>
        <w:outlineLvl w:val="3"/>
        <w:rPr>
          <w:rFonts w:eastAsiaTheme="majorEastAsia" w:cstheme="majorBidi"/>
          <w:color w:val="0070C0"/>
          <w:lang w:val="fr-FR"/>
        </w:rPr>
      </w:pPr>
      <w:r w:rsidRPr="004C3CAC">
        <w:rPr>
          <w:rFonts w:eastAsiaTheme="majorEastAsia" w:cstheme="majorBidi"/>
          <w:color w:val="0070C0"/>
          <w:lang w:val="fr-FR"/>
        </w:rPr>
        <w:t>Session finale de questions-réponses et échanges.</w:t>
      </w:r>
    </w:p>
    <w:p w14:paraId="2742EB84" w14:textId="69EC8EBD" w:rsidR="00021667" w:rsidRPr="00DA39C1" w:rsidRDefault="00021667" w:rsidP="005652A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sectPr w:rsidR="00021667" w:rsidRPr="00DA39C1" w:rsidSect="00443EA7">
      <w:footerReference w:type="default" r:id="rId11"/>
      <w:pgSz w:w="12240" w:h="15840"/>
      <w:pgMar w:top="1701" w:right="758" w:bottom="1440" w:left="1797" w:header="720" w:footer="2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CAC87" w14:textId="77777777" w:rsidR="008A18EB" w:rsidRDefault="008A18EB" w:rsidP="00693DEE">
      <w:pPr>
        <w:spacing w:after="0" w:line="240" w:lineRule="auto"/>
      </w:pPr>
      <w:r>
        <w:separator/>
      </w:r>
    </w:p>
  </w:endnote>
  <w:endnote w:type="continuationSeparator" w:id="0">
    <w:p w14:paraId="4EEF9841" w14:textId="77777777" w:rsidR="008A18EB" w:rsidRDefault="008A18EB" w:rsidP="00693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CB169" w14:textId="297176CE" w:rsidR="008A4FBA" w:rsidRPr="00187135" w:rsidRDefault="00187135" w:rsidP="008A4FBA">
    <w:pPr>
      <w:pStyle w:val="Pieddepage"/>
      <w:jc w:val="center"/>
      <w:rPr>
        <w:b/>
        <w:bCs/>
        <w:i/>
        <w:iCs/>
        <w:lang w:val="fr-FR"/>
      </w:rPr>
    </w:pPr>
    <w:r w:rsidRPr="00187135">
      <w:rPr>
        <w:i/>
        <w:iCs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E24BA55" wp14:editId="2D597A65">
              <wp:simplePos x="0" y="0"/>
              <wp:positionH relativeFrom="column">
                <wp:posOffset>5662930</wp:posOffset>
              </wp:positionH>
              <wp:positionV relativeFrom="paragraph">
                <wp:posOffset>49530</wp:posOffset>
              </wp:positionV>
              <wp:extent cx="631573" cy="617309"/>
              <wp:effectExtent l="0" t="0" r="0" b="0"/>
              <wp:wrapNone/>
              <wp:docPr id="51" name="Groupe 50">
                <a:extLst xmlns:a="http://schemas.openxmlformats.org/drawingml/2006/main">
                  <a:ext uri="{FF2B5EF4-FFF2-40B4-BE49-F238E27FC236}">
                    <a16:creationId xmlns:a16="http://schemas.microsoft.com/office/drawing/2014/main" id="{32AE71CE-7453-405C-C001-649495F6D90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1573" cy="617309"/>
                        <a:chOff x="0" y="0"/>
                        <a:chExt cx="682980" cy="682625"/>
                      </a:xfrm>
                    </wpg:grpSpPr>
                    <wps:wsp>
                      <wps:cNvPr id="725198432" name="object 29"/>
                      <wps:cNvSpPr/>
                      <wps:spPr>
                        <a:xfrm>
                          <a:off x="0" y="0"/>
                          <a:ext cx="141605" cy="68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604" h="682625">
                              <a:moveTo>
                                <a:pt x="23533" y="235356"/>
                              </a:moveTo>
                              <a:lnTo>
                                <a:pt x="0" y="235356"/>
                              </a:lnTo>
                              <a:lnTo>
                                <a:pt x="0" y="258889"/>
                              </a:lnTo>
                              <a:lnTo>
                                <a:pt x="23533" y="258889"/>
                              </a:lnTo>
                              <a:lnTo>
                                <a:pt x="23533" y="235356"/>
                              </a:lnTo>
                              <a:close/>
                            </a:path>
                            <a:path w="141604" h="682625">
                              <a:moveTo>
                                <a:pt x="23533" y="188277"/>
                              </a:moveTo>
                              <a:lnTo>
                                <a:pt x="0" y="188277"/>
                              </a:lnTo>
                              <a:lnTo>
                                <a:pt x="0" y="211810"/>
                              </a:lnTo>
                              <a:lnTo>
                                <a:pt x="23533" y="211810"/>
                              </a:lnTo>
                              <a:lnTo>
                                <a:pt x="23533" y="188277"/>
                              </a:lnTo>
                              <a:close/>
                            </a:path>
                            <a:path w="141604" h="682625">
                              <a:moveTo>
                                <a:pt x="117665" y="564845"/>
                              </a:moveTo>
                              <a:lnTo>
                                <a:pt x="94132" y="564845"/>
                              </a:lnTo>
                              <a:lnTo>
                                <a:pt x="70599" y="564845"/>
                              </a:lnTo>
                              <a:lnTo>
                                <a:pt x="47066" y="564845"/>
                              </a:lnTo>
                              <a:lnTo>
                                <a:pt x="47066" y="635444"/>
                              </a:lnTo>
                              <a:lnTo>
                                <a:pt x="70599" y="635444"/>
                              </a:lnTo>
                              <a:lnTo>
                                <a:pt x="94132" y="635444"/>
                              </a:lnTo>
                              <a:lnTo>
                                <a:pt x="117665" y="635444"/>
                              </a:lnTo>
                              <a:lnTo>
                                <a:pt x="117665" y="564845"/>
                              </a:lnTo>
                              <a:close/>
                            </a:path>
                            <a:path w="141604" h="682625">
                              <a:moveTo>
                                <a:pt x="117665" y="47078"/>
                              </a:moveTo>
                              <a:lnTo>
                                <a:pt x="94132" y="47078"/>
                              </a:lnTo>
                              <a:lnTo>
                                <a:pt x="70599" y="47078"/>
                              </a:lnTo>
                              <a:lnTo>
                                <a:pt x="47066" y="47078"/>
                              </a:lnTo>
                              <a:lnTo>
                                <a:pt x="47066" y="94145"/>
                              </a:lnTo>
                              <a:lnTo>
                                <a:pt x="47066" y="117678"/>
                              </a:lnTo>
                              <a:lnTo>
                                <a:pt x="70599" y="117678"/>
                              </a:lnTo>
                              <a:lnTo>
                                <a:pt x="94132" y="117678"/>
                              </a:lnTo>
                              <a:lnTo>
                                <a:pt x="117665" y="117678"/>
                              </a:lnTo>
                              <a:lnTo>
                                <a:pt x="117665" y="94145"/>
                              </a:lnTo>
                              <a:lnTo>
                                <a:pt x="117665" y="47078"/>
                              </a:lnTo>
                              <a:close/>
                            </a:path>
                            <a:path w="141604" h="682625">
                              <a:moveTo>
                                <a:pt x="141198" y="517766"/>
                              </a:moveTo>
                              <a:lnTo>
                                <a:pt x="141198" y="517766"/>
                              </a:lnTo>
                              <a:lnTo>
                                <a:pt x="0" y="517766"/>
                              </a:lnTo>
                              <a:lnTo>
                                <a:pt x="0" y="682510"/>
                              </a:lnTo>
                              <a:lnTo>
                                <a:pt x="141198" y="682510"/>
                              </a:lnTo>
                              <a:lnTo>
                                <a:pt x="141198" y="658977"/>
                              </a:lnTo>
                              <a:lnTo>
                                <a:pt x="23533" y="658977"/>
                              </a:lnTo>
                              <a:lnTo>
                                <a:pt x="23533" y="541299"/>
                              </a:lnTo>
                              <a:lnTo>
                                <a:pt x="141198" y="541299"/>
                              </a:lnTo>
                              <a:lnTo>
                                <a:pt x="141198" y="517766"/>
                              </a:lnTo>
                              <a:close/>
                            </a:path>
                            <a:path w="141604" h="682625">
                              <a:moveTo>
                                <a:pt x="141198" y="400100"/>
                              </a:moveTo>
                              <a:lnTo>
                                <a:pt x="117665" y="400100"/>
                              </a:lnTo>
                              <a:lnTo>
                                <a:pt x="117665" y="423633"/>
                              </a:lnTo>
                              <a:lnTo>
                                <a:pt x="94132" y="423633"/>
                              </a:lnTo>
                              <a:lnTo>
                                <a:pt x="94132" y="400100"/>
                              </a:lnTo>
                              <a:lnTo>
                                <a:pt x="117665" y="400100"/>
                              </a:lnTo>
                              <a:lnTo>
                                <a:pt x="117665" y="376567"/>
                              </a:lnTo>
                              <a:lnTo>
                                <a:pt x="94132" y="376567"/>
                              </a:lnTo>
                              <a:lnTo>
                                <a:pt x="70599" y="376567"/>
                              </a:lnTo>
                              <a:lnTo>
                                <a:pt x="47066" y="376567"/>
                              </a:lnTo>
                              <a:lnTo>
                                <a:pt x="47066" y="353021"/>
                              </a:lnTo>
                              <a:lnTo>
                                <a:pt x="70599" y="353021"/>
                              </a:lnTo>
                              <a:lnTo>
                                <a:pt x="70599" y="329488"/>
                              </a:lnTo>
                              <a:lnTo>
                                <a:pt x="47066" y="329488"/>
                              </a:lnTo>
                              <a:lnTo>
                                <a:pt x="47066" y="282422"/>
                              </a:lnTo>
                              <a:lnTo>
                                <a:pt x="70599" y="282422"/>
                              </a:lnTo>
                              <a:lnTo>
                                <a:pt x="70599" y="258889"/>
                              </a:lnTo>
                              <a:lnTo>
                                <a:pt x="47066" y="258889"/>
                              </a:lnTo>
                              <a:lnTo>
                                <a:pt x="23533" y="258889"/>
                              </a:lnTo>
                              <a:lnTo>
                                <a:pt x="23533" y="305955"/>
                              </a:lnTo>
                              <a:lnTo>
                                <a:pt x="0" y="305955"/>
                              </a:lnTo>
                              <a:lnTo>
                                <a:pt x="0" y="329488"/>
                              </a:lnTo>
                              <a:lnTo>
                                <a:pt x="23533" y="329488"/>
                              </a:lnTo>
                              <a:lnTo>
                                <a:pt x="23533" y="353021"/>
                              </a:lnTo>
                              <a:lnTo>
                                <a:pt x="0" y="353021"/>
                              </a:lnTo>
                              <a:lnTo>
                                <a:pt x="0" y="376555"/>
                              </a:lnTo>
                              <a:lnTo>
                                <a:pt x="23533" y="376555"/>
                              </a:lnTo>
                              <a:lnTo>
                                <a:pt x="23533" y="400100"/>
                              </a:lnTo>
                              <a:lnTo>
                                <a:pt x="47066" y="400100"/>
                              </a:lnTo>
                              <a:lnTo>
                                <a:pt x="47066" y="423633"/>
                              </a:lnTo>
                              <a:lnTo>
                                <a:pt x="70599" y="423633"/>
                              </a:lnTo>
                              <a:lnTo>
                                <a:pt x="70599" y="447167"/>
                              </a:lnTo>
                              <a:lnTo>
                                <a:pt x="47066" y="447167"/>
                              </a:lnTo>
                              <a:lnTo>
                                <a:pt x="47066" y="423633"/>
                              </a:lnTo>
                              <a:lnTo>
                                <a:pt x="23533" y="423633"/>
                              </a:lnTo>
                              <a:lnTo>
                                <a:pt x="23533" y="400100"/>
                              </a:lnTo>
                              <a:lnTo>
                                <a:pt x="0" y="400100"/>
                              </a:lnTo>
                              <a:lnTo>
                                <a:pt x="0" y="494245"/>
                              </a:lnTo>
                              <a:lnTo>
                                <a:pt x="23533" y="494245"/>
                              </a:lnTo>
                              <a:lnTo>
                                <a:pt x="47066" y="494233"/>
                              </a:lnTo>
                              <a:lnTo>
                                <a:pt x="47066" y="470700"/>
                              </a:lnTo>
                              <a:lnTo>
                                <a:pt x="70599" y="470700"/>
                              </a:lnTo>
                              <a:lnTo>
                                <a:pt x="70599" y="494245"/>
                              </a:lnTo>
                              <a:lnTo>
                                <a:pt x="94132" y="494245"/>
                              </a:lnTo>
                              <a:lnTo>
                                <a:pt x="117665" y="494233"/>
                              </a:lnTo>
                              <a:lnTo>
                                <a:pt x="141198" y="494245"/>
                              </a:lnTo>
                              <a:lnTo>
                                <a:pt x="141198" y="400100"/>
                              </a:lnTo>
                              <a:close/>
                            </a:path>
                            <a:path w="141604" h="682625">
                              <a:moveTo>
                                <a:pt x="141198" y="188277"/>
                              </a:moveTo>
                              <a:lnTo>
                                <a:pt x="117665" y="188277"/>
                              </a:lnTo>
                              <a:lnTo>
                                <a:pt x="94132" y="188277"/>
                              </a:lnTo>
                              <a:lnTo>
                                <a:pt x="70599" y="188277"/>
                              </a:lnTo>
                              <a:lnTo>
                                <a:pt x="70599" y="211823"/>
                              </a:lnTo>
                              <a:lnTo>
                                <a:pt x="47066" y="211823"/>
                              </a:lnTo>
                              <a:lnTo>
                                <a:pt x="23533" y="211823"/>
                              </a:lnTo>
                              <a:lnTo>
                                <a:pt x="23533" y="235356"/>
                              </a:lnTo>
                              <a:lnTo>
                                <a:pt x="47066" y="235356"/>
                              </a:lnTo>
                              <a:lnTo>
                                <a:pt x="70599" y="235356"/>
                              </a:lnTo>
                              <a:lnTo>
                                <a:pt x="70599" y="258876"/>
                              </a:lnTo>
                              <a:lnTo>
                                <a:pt x="94132" y="258876"/>
                              </a:lnTo>
                              <a:lnTo>
                                <a:pt x="117665" y="258876"/>
                              </a:lnTo>
                              <a:lnTo>
                                <a:pt x="117665" y="282422"/>
                              </a:lnTo>
                              <a:lnTo>
                                <a:pt x="94132" y="282422"/>
                              </a:lnTo>
                              <a:lnTo>
                                <a:pt x="70599" y="282422"/>
                              </a:lnTo>
                              <a:lnTo>
                                <a:pt x="70599" y="329488"/>
                              </a:lnTo>
                              <a:lnTo>
                                <a:pt x="94132" y="329488"/>
                              </a:lnTo>
                              <a:lnTo>
                                <a:pt x="94132" y="353021"/>
                              </a:lnTo>
                              <a:lnTo>
                                <a:pt x="117665" y="353021"/>
                              </a:lnTo>
                              <a:lnTo>
                                <a:pt x="117665" y="376567"/>
                              </a:lnTo>
                              <a:lnTo>
                                <a:pt x="141198" y="376567"/>
                              </a:lnTo>
                              <a:lnTo>
                                <a:pt x="141198" y="235356"/>
                              </a:lnTo>
                              <a:lnTo>
                                <a:pt x="117665" y="235356"/>
                              </a:lnTo>
                              <a:lnTo>
                                <a:pt x="117665" y="211810"/>
                              </a:lnTo>
                              <a:lnTo>
                                <a:pt x="141198" y="211810"/>
                              </a:lnTo>
                              <a:lnTo>
                                <a:pt x="141198" y="188277"/>
                              </a:lnTo>
                              <a:close/>
                            </a:path>
                            <a:path w="141604" h="682625">
                              <a:moveTo>
                                <a:pt x="141198" y="141211"/>
                              </a:moveTo>
                              <a:lnTo>
                                <a:pt x="141198" y="141211"/>
                              </a:lnTo>
                              <a:lnTo>
                                <a:pt x="23533" y="141211"/>
                              </a:lnTo>
                              <a:lnTo>
                                <a:pt x="23533" y="94145"/>
                              </a:lnTo>
                              <a:lnTo>
                                <a:pt x="23533" y="47078"/>
                              </a:lnTo>
                              <a:lnTo>
                                <a:pt x="0" y="47078"/>
                              </a:lnTo>
                              <a:lnTo>
                                <a:pt x="0" y="94145"/>
                              </a:lnTo>
                              <a:lnTo>
                                <a:pt x="0" y="164744"/>
                              </a:lnTo>
                              <a:lnTo>
                                <a:pt x="141198" y="164744"/>
                              </a:lnTo>
                              <a:lnTo>
                                <a:pt x="141198" y="141211"/>
                              </a:lnTo>
                              <a:close/>
                            </a:path>
                            <a:path w="141604" h="682625">
                              <a:moveTo>
                                <a:pt x="141198" y="0"/>
                              </a:moveTo>
                              <a:lnTo>
                                <a:pt x="141198" y="0"/>
                              </a:lnTo>
                              <a:lnTo>
                                <a:pt x="0" y="0"/>
                              </a:lnTo>
                              <a:lnTo>
                                <a:pt x="0" y="47066"/>
                              </a:lnTo>
                              <a:lnTo>
                                <a:pt x="23533" y="47066"/>
                              </a:lnTo>
                              <a:lnTo>
                                <a:pt x="23533" y="23533"/>
                              </a:lnTo>
                              <a:lnTo>
                                <a:pt x="47066" y="23533"/>
                              </a:lnTo>
                              <a:lnTo>
                                <a:pt x="70599" y="23533"/>
                              </a:lnTo>
                              <a:lnTo>
                                <a:pt x="94132" y="23533"/>
                              </a:lnTo>
                              <a:lnTo>
                                <a:pt x="117665" y="23533"/>
                              </a:lnTo>
                              <a:lnTo>
                                <a:pt x="141198" y="23533"/>
                              </a:lnTo>
                              <a:lnTo>
                                <a:pt x="1411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/>
                    </wps:wsp>
                    <wps:wsp>
                      <wps:cNvPr id="1812112584" name="object 30"/>
                      <wps:cNvSpPr/>
                      <wps:spPr>
                        <a:xfrm>
                          <a:off x="152965" y="0"/>
                          <a:ext cx="0" cy="4946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94665">
                              <a:moveTo>
                                <a:pt x="0" y="0"/>
                              </a:moveTo>
                              <a:lnTo>
                                <a:pt x="0" y="494233"/>
                              </a:lnTo>
                            </a:path>
                          </a:pathLst>
                        </a:custGeom>
                        <a:ln w="23533">
                          <a:solidFill>
                            <a:srgbClr val="231F20"/>
                          </a:solidFill>
                          <a:prstDash val="sysDot"/>
                        </a:ln>
                      </wps:spPr>
                      <wps:bodyPr wrap="square" lIns="0" tIns="0" rIns="0" bIns="0" rtlCol="0"/>
                    </wps:wsp>
                    <wps:wsp>
                      <wps:cNvPr id="1398183351" name="object 31"/>
                      <wps:cNvSpPr/>
                      <wps:spPr>
                        <a:xfrm>
                          <a:off x="141198" y="0"/>
                          <a:ext cx="94615" cy="68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614" h="682625">
                              <a:moveTo>
                                <a:pt x="23533" y="517766"/>
                              </a:moveTo>
                              <a:lnTo>
                                <a:pt x="0" y="517766"/>
                              </a:lnTo>
                              <a:lnTo>
                                <a:pt x="0" y="682510"/>
                              </a:lnTo>
                              <a:lnTo>
                                <a:pt x="23533" y="682510"/>
                              </a:lnTo>
                              <a:lnTo>
                                <a:pt x="23533" y="517766"/>
                              </a:lnTo>
                              <a:close/>
                            </a:path>
                            <a:path w="94614" h="682625">
                              <a:moveTo>
                                <a:pt x="47066" y="447167"/>
                              </a:moveTo>
                              <a:lnTo>
                                <a:pt x="23533" y="447167"/>
                              </a:lnTo>
                              <a:lnTo>
                                <a:pt x="23533" y="494245"/>
                              </a:lnTo>
                              <a:lnTo>
                                <a:pt x="47066" y="494245"/>
                              </a:lnTo>
                              <a:lnTo>
                                <a:pt x="47066" y="447167"/>
                              </a:lnTo>
                              <a:close/>
                            </a:path>
                            <a:path w="94614" h="682625">
                              <a:moveTo>
                                <a:pt x="47066" y="353021"/>
                              </a:moveTo>
                              <a:lnTo>
                                <a:pt x="23533" y="353021"/>
                              </a:lnTo>
                              <a:lnTo>
                                <a:pt x="23533" y="423621"/>
                              </a:lnTo>
                              <a:lnTo>
                                <a:pt x="47066" y="423621"/>
                              </a:lnTo>
                              <a:lnTo>
                                <a:pt x="47066" y="353021"/>
                              </a:lnTo>
                              <a:close/>
                            </a:path>
                            <a:path w="94614" h="682625">
                              <a:moveTo>
                                <a:pt x="47066" y="258889"/>
                              </a:moveTo>
                              <a:lnTo>
                                <a:pt x="23533" y="258889"/>
                              </a:lnTo>
                              <a:lnTo>
                                <a:pt x="23533" y="329488"/>
                              </a:lnTo>
                              <a:lnTo>
                                <a:pt x="47066" y="329488"/>
                              </a:lnTo>
                              <a:lnTo>
                                <a:pt x="47066" y="258889"/>
                              </a:lnTo>
                              <a:close/>
                            </a:path>
                            <a:path w="94614" h="682625">
                              <a:moveTo>
                                <a:pt x="47066" y="188277"/>
                              </a:moveTo>
                              <a:lnTo>
                                <a:pt x="23533" y="188277"/>
                              </a:lnTo>
                              <a:lnTo>
                                <a:pt x="23533" y="211810"/>
                              </a:lnTo>
                              <a:lnTo>
                                <a:pt x="47066" y="211810"/>
                              </a:lnTo>
                              <a:lnTo>
                                <a:pt x="47066" y="188277"/>
                              </a:lnTo>
                              <a:close/>
                            </a:path>
                            <a:path w="94614" h="682625">
                              <a:moveTo>
                                <a:pt x="70612" y="658977"/>
                              </a:moveTo>
                              <a:lnTo>
                                <a:pt x="47078" y="658977"/>
                              </a:lnTo>
                              <a:lnTo>
                                <a:pt x="47078" y="682510"/>
                              </a:lnTo>
                              <a:lnTo>
                                <a:pt x="70612" y="682510"/>
                              </a:lnTo>
                              <a:lnTo>
                                <a:pt x="70612" y="658977"/>
                              </a:lnTo>
                              <a:close/>
                            </a:path>
                            <a:path w="94614" h="682625">
                              <a:moveTo>
                                <a:pt x="70612" y="235356"/>
                              </a:moveTo>
                              <a:lnTo>
                                <a:pt x="47078" y="235356"/>
                              </a:lnTo>
                              <a:lnTo>
                                <a:pt x="47078" y="282422"/>
                              </a:lnTo>
                              <a:lnTo>
                                <a:pt x="70612" y="282422"/>
                              </a:lnTo>
                              <a:lnTo>
                                <a:pt x="70612" y="235356"/>
                              </a:lnTo>
                              <a:close/>
                            </a:path>
                            <a:path w="94614" h="682625">
                              <a:moveTo>
                                <a:pt x="70612" y="141211"/>
                              </a:moveTo>
                              <a:lnTo>
                                <a:pt x="47078" y="141211"/>
                              </a:lnTo>
                              <a:lnTo>
                                <a:pt x="47078" y="164744"/>
                              </a:lnTo>
                              <a:lnTo>
                                <a:pt x="70612" y="164744"/>
                              </a:lnTo>
                              <a:lnTo>
                                <a:pt x="70612" y="141211"/>
                              </a:lnTo>
                              <a:close/>
                            </a:path>
                            <a:path w="94614" h="682625">
                              <a:moveTo>
                                <a:pt x="70612" y="47078"/>
                              </a:moveTo>
                              <a:lnTo>
                                <a:pt x="47078" y="47078"/>
                              </a:lnTo>
                              <a:lnTo>
                                <a:pt x="47078" y="70612"/>
                              </a:lnTo>
                              <a:lnTo>
                                <a:pt x="70612" y="70612"/>
                              </a:lnTo>
                              <a:lnTo>
                                <a:pt x="70612" y="47078"/>
                              </a:lnTo>
                              <a:close/>
                            </a:path>
                            <a:path w="94614" h="682625">
                              <a:moveTo>
                                <a:pt x="94145" y="494233"/>
                              </a:moveTo>
                              <a:lnTo>
                                <a:pt x="70612" y="494233"/>
                              </a:lnTo>
                              <a:lnTo>
                                <a:pt x="47078" y="494233"/>
                              </a:lnTo>
                              <a:lnTo>
                                <a:pt x="47078" y="611911"/>
                              </a:lnTo>
                              <a:lnTo>
                                <a:pt x="70612" y="611911"/>
                              </a:lnTo>
                              <a:lnTo>
                                <a:pt x="70612" y="658977"/>
                              </a:lnTo>
                              <a:lnTo>
                                <a:pt x="94145" y="658977"/>
                              </a:lnTo>
                              <a:lnTo>
                                <a:pt x="94145" y="541299"/>
                              </a:lnTo>
                              <a:lnTo>
                                <a:pt x="70612" y="541299"/>
                              </a:lnTo>
                              <a:lnTo>
                                <a:pt x="70612" y="517766"/>
                              </a:lnTo>
                              <a:lnTo>
                                <a:pt x="94145" y="517766"/>
                              </a:lnTo>
                              <a:lnTo>
                                <a:pt x="94145" y="494233"/>
                              </a:lnTo>
                              <a:close/>
                            </a:path>
                            <a:path w="94614" h="682625">
                              <a:moveTo>
                                <a:pt x="94145" y="423633"/>
                              </a:moveTo>
                              <a:lnTo>
                                <a:pt x="70612" y="423633"/>
                              </a:lnTo>
                              <a:lnTo>
                                <a:pt x="70612" y="447167"/>
                              </a:lnTo>
                              <a:lnTo>
                                <a:pt x="47078" y="447167"/>
                              </a:lnTo>
                              <a:lnTo>
                                <a:pt x="47078" y="470700"/>
                              </a:lnTo>
                              <a:lnTo>
                                <a:pt x="70612" y="470700"/>
                              </a:lnTo>
                              <a:lnTo>
                                <a:pt x="94145" y="470700"/>
                              </a:lnTo>
                              <a:lnTo>
                                <a:pt x="94145" y="423633"/>
                              </a:lnTo>
                              <a:close/>
                            </a:path>
                            <a:path w="94614" h="682625">
                              <a:moveTo>
                                <a:pt x="94145" y="376567"/>
                              </a:moveTo>
                              <a:lnTo>
                                <a:pt x="70612" y="376567"/>
                              </a:lnTo>
                              <a:lnTo>
                                <a:pt x="70612" y="400100"/>
                              </a:lnTo>
                              <a:lnTo>
                                <a:pt x="94145" y="400100"/>
                              </a:lnTo>
                              <a:lnTo>
                                <a:pt x="94145" y="376567"/>
                              </a:lnTo>
                              <a:close/>
                            </a:path>
                            <a:path w="94614" h="682625">
                              <a:moveTo>
                                <a:pt x="94145" y="305955"/>
                              </a:moveTo>
                              <a:lnTo>
                                <a:pt x="70612" y="305955"/>
                              </a:lnTo>
                              <a:lnTo>
                                <a:pt x="70612" y="329488"/>
                              </a:lnTo>
                              <a:lnTo>
                                <a:pt x="47078" y="329488"/>
                              </a:lnTo>
                              <a:lnTo>
                                <a:pt x="47078" y="376555"/>
                              </a:lnTo>
                              <a:lnTo>
                                <a:pt x="70612" y="376555"/>
                              </a:lnTo>
                              <a:lnTo>
                                <a:pt x="70612" y="353021"/>
                              </a:lnTo>
                              <a:lnTo>
                                <a:pt x="94145" y="353021"/>
                              </a:lnTo>
                              <a:lnTo>
                                <a:pt x="94145" y="305955"/>
                              </a:lnTo>
                              <a:close/>
                            </a:path>
                            <a:path w="94614" h="682625">
                              <a:moveTo>
                                <a:pt x="94145" y="188277"/>
                              </a:moveTo>
                              <a:lnTo>
                                <a:pt x="70612" y="188277"/>
                              </a:lnTo>
                              <a:lnTo>
                                <a:pt x="47078" y="188277"/>
                              </a:lnTo>
                              <a:lnTo>
                                <a:pt x="47078" y="211810"/>
                              </a:lnTo>
                              <a:lnTo>
                                <a:pt x="70612" y="211810"/>
                              </a:lnTo>
                              <a:lnTo>
                                <a:pt x="94145" y="211810"/>
                              </a:lnTo>
                              <a:lnTo>
                                <a:pt x="94145" y="188277"/>
                              </a:lnTo>
                              <a:close/>
                            </a:path>
                            <a:path w="94614" h="682625">
                              <a:moveTo>
                                <a:pt x="94145" y="70612"/>
                              </a:moveTo>
                              <a:lnTo>
                                <a:pt x="70612" y="70612"/>
                              </a:lnTo>
                              <a:lnTo>
                                <a:pt x="70612" y="94145"/>
                              </a:lnTo>
                              <a:lnTo>
                                <a:pt x="47078" y="94145"/>
                              </a:lnTo>
                              <a:lnTo>
                                <a:pt x="47078" y="117678"/>
                              </a:lnTo>
                              <a:lnTo>
                                <a:pt x="70612" y="117678"/>
                              </a:lnTo>
                              <a:lnTo>
                                <a:pt x="94145" y="117678"/>
                              </a:lnTo>
                              <a:lnTo>
                                <a:pt x="94145" y="94145"/>
                              </a:lnTo>
                              <a:lnTo>
                                <a:pt x="94145" y="70612"/>
                              </a:lnTo>
                              <a:close/>
                            </a:path>
                            <a:path w="94614" h="682625">
                              <a:moveTo>
                                <a:pt x="94145" y="0"/>
                              </a:moveTo>
                              <a:lnTo>
                                <a:pt x="70612" y="0"/>
                              </a:lnTo>
                              <a:lnTo>
                                <a:pt x="47078" y="0"/>
                              </a:lnTo>
                              <a:lnTo>
                                <a:pt x="47078" y="47066"/>
                              </a:lnTo>
                              <a:lnTo>
                                <a:pt x="70612" y="47066"/>
                              </a:lnTo>
                              <a:lnTo>
                                <a:pt x="94145" y="47066"/>
                              </a:lnTo>
                              <a:lnTo>
                                <a:pt x="941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/>
                    </wps:wsp>
                    <wps:wsp>
                      <wps:cNvPr id="1009463421" name="object 32"/>
                      <wps:cNvSpPr/>
                      <wps:spPr>
                        <a:xfrm>
                          <a:off x="247110" y="0"/>
                          <a:ext cx="0" cy="329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29565">
                              <a:moveTo>
                                <a:pt x="0" y="0"/>
                              </a:moveTo>
                              <a:lnTo>
                                <a:pt x="0" y="329488"/>
                              </a:lnTo>
                            </a:path>
                          </a:pathLst>
                        </a:custGeom>
                        <a:ln w="23533">
                          <a:solidFill>
                            <a:srgbClr val="231F20"/>
                          </a:solidFill>
                          <a:prstDash val="sysDot"/>
                        </a:ln>
                      </wps:spPr>
                      <wps:bodyPr wrap="square" lIns="0" tIns="0" rIns="0" bIns="0" rtlCol="0"/>
                    </wps:wsp>
                    <wps:wsp>
                      <wps:cNvPr id="1139401796" name="object 33"/>
                      <wps:cNvSpPr/>
                      <wps:spPr>
                        <a:xfrm>
                          <a:off x="235344" y="0"/>
                          <a:ext cx="165100" cy="68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0" h="682625">
                              <a:moveTo>
                                <a:pt x="47066" y="400100"/>
                              </a:moveTo>
                              <a:lnTo>
                                <a:pt x="23533" y="400100"/>
                              </a:lnTo>
                              <a:lnTo>
                                <a:pt x="0" y="400100"/>
                              </a:lnTo>
                              <a:lnTo>
                                <a:pt x="0" y="423633"/>
                              </a:lnTo>
                              <a:lnTo>
                                <a:pt x="23533" y="423633"/>
                              </a:lnTo>
                              <a:lnTo>
                                <a:pt x="47066" y="423633"/>
                              </a:lnTo>
                              <a:lnTo>
                                <a:pt x="47066" y="400100"/>
                              </a:lnTo>
                              <a:close/>
                            </a:path>
                            <a:path w="165100" h="682625">
                              <a:moveTo>
                                <a:pt x="47066" y="188277"/>
                              </a:moveTo>
                              <a:lnTo>
                                <a:pt x="23533" y="188277"/>
                              </a:lnTo>
                              <a:lnTo>
                                <a:pt x="23533" y="211810"/>
                              </a:lnTo>
                              <a:lnTo>
                                <a:pt x="47066" y="211810"/>
                              </a:lnTo>
                              <a:lnTo>
                                <a:pt x="47066" y="188277"/>
                              </a:lnTo>
                              <a:close/>
                            </a:path>
                            <a:path w="165100" h="682625">
                              <a:moveTo>
                                <a:pt x="47066" y="94145"/>
                              </a:moveTo>
                              <a:lnTo>
                                <a:pt x="23533" y="94145"/>
                              </a:lnTo>
                              <a:lnTo>
                                <a:pt x="23533" y="141211"/>
                              </a:lnTo>
                              <a:lnTo>
                                <a:pt x="47066" y="141211"/>
                              </a:lnTo>
                              <a:lnTo>
                                <a:pt x="47066" y="94145"/>
                              </a:lnTo>
                              <a:close/>
                            </a:path>
                            <a:path w="165100" h="682625">
                              <a:moveTo>
                                <a:pt x="70599" y="47078"/>
                              </a:moveTo>
                              <a:lnTo>
                                <a:pt x="47066" y="47078"/>
                              </a:lnTo>
                              <a:lnTo>
                                <a:pt x="47066" y="23545"/>
                              </a:lnTo>
                              <a:lnTo>
                                <a:pt x="23533" y="23545"/>
                              </a:lnTo>
                              <a:lnTo>
                                <a:pt x="23533" y="47078"/>
                              </a:lnTo>
                              <a:lnTo>
                                <a:pt x="23533" y="70612"/>
                              </a:lnTo>
                              <a:lnTo>
                                <a:pt x="47066" y="70612"/>
                              </a:lnTo>
                              <a:lnTo>
                                <a:pt x="47066" y="94145"/>
                              </a:lnTo>
                              <a:lnTo>
                                <a:pt x="70599" y="94145"/>
                              </a:lnTo>
                              <a:lnTo>
                                <a:pt x="70599" y="47078"/>
                              </a:lnTo>
                              <a:close/>
                            </a:path>
                            <a:path w="165100" h="682625">
                              <a:moveTo>
                                <a:pt x="70599" y="0"/>
                              </a:moveTo>
                              <a:lnTo>
                                <a:pt x="47066" y="0"/>
                              </a:lnTo>
                              <a:lnTo>
                                <a:pt x="47066" y="23533"/>
                              </a:lnTo>
                              <a:lnTo>
                                <a:pt x="70599" y="23533"/>
                              </a:lnTo>
                              <a:lnTo>
                                <a:pt x="70599" y="0"/>
                              </a:lnTo>
                              <a:close/>
                            </a:path>
                            <a:path w="165100" h="682625">
                              <a:moveTo>
                                <a:pt x="117665" y="376567"/>
                              </a:moveTo>
                              <a:lnTo>
                                <a:pt x="94132" y="376567"/>
                              </a:lnTo>
                              <a:lnTo>
                                <a:pt x="94132" y="400100"/>
                              </a:lnTo>
                              <a:lnTo>
                                <a:pt x="70599" y="400100"/>
                              </a:lnTo>
                              <a:lnTo>
                                <a:pt x="70599" y="423633"/>
                              </a:lnTo>
                              <a:lnTo>
                                <a:pt x="94132" y="423633"/>
                              </a:lnTo>
                              <a:lnTo>
                                <a:pt x="117665" y="423633"/>
                              </a:lnTo>
                              <a:lnTo>
                                <a:pt x="117665" y="376567"/>
                              </a:lnTo>
                              <a:close/>
                            </a:path>
                            <a:path w="165100" h="682625">
                              <a:moveTo>
                                <a:pt x="117665" y="305955"/>
                              </a:moveTo>
                              <a:lnTo>
                                <a:pt x="94132" y="305955"/>
                              </a:lnTo>
                              <a:lnTo>
                                <a:pt x="94132" y="164744"/>
                              </a:lnTo>
                              <a:lnTo>
                                <a:pt x="70599" y="164744"/>
                              </a:lnTo>
                              <a:lnTo>
                                <a:pt x="70599" y="141211"/>
                              </a:lnTo>
                              <a:lnTo>
                                <a:pt x="47066" y="141211"/>
                              </a:lnTo>
                              <a:lnTo>
                                <a:pt x="47066" y="188277"/>
                              </a:lnTo>
                              <a:lnTo>
                                <a:pt x="70599" y="188277"/>
                              </a:lnTo>
                              <a:lnTo>
                                <a:pt x="70599" y="305955"/>
                              </a:lnTo>
                              <a:lnTo>
                                <a:pt x="47066" y="305955"/>
                              </a:lnTo>
                              <a:lnTo>
                                <a:pt x="47066" y="258889"/>
                              </a:lnTo>
                              <a:lnTo>
                                <a:pt x="23533" y="258889"/>
                              </a:lnTo>
                              <a:lnTo>
                                <a:pt x="23533" y="305968"/>
                              </a:lnTo>
                              <a:lnTo>
                                <a:pt x="47066" y="305968"/>
                              </a:lnTo>
                              <a:lnTo>
                                <a:pt x="47066" y="353021"/>
                              </a:lnTo>
                              <a:lnTo>
                                <a:pt x="70599" y="353021"/>
                              </a:lnTo>
                              <a:lnTo>
                                <a:pt x="94132" y="353021"/>
                              </a:lnTo>
                              <a:lnTo>
                                <a:pt x="94132" y="329488"/>
                              </a:lnTo>
                              <a:lnTo>
                                <a:pt x="117665" y="329488"/>
                              </a:lnTo>
                              <a:lnTo>
                                <a:pt x="117665" y="305955"/>
                              </a:lnTo>
                              <a:close/>
                            </a:path>
                            <a:path w="165100" h="682625">
                              <a:moveTo>
                                <a:pt x="117665" y="141211"/>
                              </a:moveTo>
                              <a:lnTo>
                                <a:pt x="94132" y="141211"/>
                              </a:lnTo>
                              <a:lnTo>
                                <a:pt x="94132" y="164744"/>
                              </a:lnTo>
                              <a:lnTo>
                                <a:pt x="117665" y="164744"/>
                              </a:lnTo>
                              <a:lnTo>
                                <a:pt x="117665" y="141211"/>
                              </a:lnTo>
                              <a:close/>
                            </a:path>
                            <a:path w="165100" h="682625">
                              <a:moveTo>
                                <a:pt x="141198" y="494233"/>
                              </a:moveTo>
                              <a:lnTo>
                                <a:pt x="117665" y="494233"/>
                              </a:lnTo>
                              <a:lnTo>
                                <a:pt x="117665" y="447167"/>
                              </a:lnTo>
                              <a:lnTo>
                                <a:pt x="94132" y="447167"/>
                              </a:lnTo>
                              <a:lnTo>
                                <a:pt x="94132" y="470700"/>
                              </a:lnTo>
                              <a:lnTo>
                                <a:pt x="94132" y="494245"/>
                              </a:lnTo>
                              <a:lnTo>
                                <a:pt x="94132" y="564845"/>
                              </a:lnTo>
                              <a:lnTo>
                                <a:pt x="70599" y="564845"/>
                              </a:lnTo>
                              <a:lnTo>
                                <a:pt x="70599" y="494245"/>
                              </a:lnTo>
                              <a:lnTo>
                                <a:pt x="94132" y="494245"/>
                              </a:lnTo>
                              <a:lnTo>
                                <a:pt x="94132" y="470700"/>
                              </a:lnTo>
                              <a:lnTo>
                                <a:pt x="70599" y="470700"/>
                              </a:lnTo>
                              <a:lnTo>
                                <a:pt x="70599" y="423633"/>
                              </a:lnTo>
                              <a:lnTo>
                                <a:pt x="47066" y="423633"/>
                              </a:lnTo>
                              <a:lnTo>
                                <a:pt x="47066" y="494233"/>
                              </a:lnTo>
                              <a:lnTo>
                                <a:pt x="47066" y="517766"/>
                              </a:lnTo>
                              <a:lnTo>
                                <a:pt x="47066" y="541299"/>
                              </a:lnTo>
                              <a:lnTo>
                                <a:pt x="23533" y="541299"/>
                              </a:lnTo>
                              <a:lnTo>
                                <a:pt x="23533" y="517766"/>
                              </a:lnTo>
                              <a:lnTo>
                                <a:pt x="47066" y="517766"/>
                              </a:lnTo>
                              <a:lnTo>
                                <a:pt x="47066" y="494233"/>
                              </a:lnTo>
                              <a:lnTo>
                                <a:pt x="23533" y="494233"/>
                              </a:lnTo>
                              <a:lnTo>
                                <a:pt x="0" y="494233"/>
                              </a:lnTo>
                              <a:lnTo>
                                <a:pt x="0" y="564832"/>
                              </a:lnTo>
                              <a:lnTo>
                                <a:pt x="23533" y="564832"/>
                              </a:lnTo>
                              <a:lnTo>
                                <a:pt x="23533" y="588365"/>
                              </a:lnTo>
                              <a:lnTo>
                                <a:pt x="47066" y="588365"/>
                              </a:lnTo>
                              <a:lnTo>
                                <a:pt x="47066" y="611911"/>
                              </a:lnTo>
                              <a:lnTo>
                                <a:pt x="47066" y="635457"/>
                              </a:lnTo>
                              <a:lnTo>
                                <a:pt x="47066" y="658977"/>
                              </a:lnTo>
                              <a:lnTo>
                                <a:pt x="23533" y="658977"/>
                              </a:lnTo>
                              <a:lnTo>
                                <a:pt x="23533" y="635457"/>
                              </a:lnTo>
                              <a:lnTo>
                                <a:pt x="47066" y="635457"/>
                              </a:lnTo>
                              <a:lnTo>
                                <a:pt x="47066" y="611911"/>
                              </a:lnTo>
                              <a:lnTo>
                                <a:pt x="23533" y="611911"/>
                              </a:lnTo>
                              <a:lnTo>
                                <a:pt x="23533" y="635444"/>
                              </a:lnTo>
                              <a:lnTo>
                                <a:pt x="0" y="635444"/>
                              </a:lnTo>
                              <a:lnTo>
                                <a:pt x="0" y="682510"/>
                              </a:lnTo>
                              <a:lnTo>
                                <a:pt x="23533" y="682510"/>
                              </a:lnTo>
                              <a:lnTo>
                                <a:pt x="47066" y="682510"/>
                              </a:lnTo>
                              <a:lnTo>
                                <a:pt x="70599" y="682510"/>
                              </a:lnTo>
                              <a:lnTo>
                                <a:pt x="94132" y="682510"/>
                              </a:lnTo>
                              <a:lnTo>
                                <a:pt x="94132" y="658977"/>
                              </a:lnTo>
                              <a:lnTo>
                                <a:pt x="117665" y="658977"/>
                              </a:lnTo>
                              <a:lnTo>
                                <a:pt x="117665" y="682536"/>
                              </a:lnTo>
                              <a:lnTo>
                                <a:pt x="141198" y="682536"/>
                              </a:lnTo>
                              <a:lnTo>
                                <a:pt x="141198" y="588378"/>
                              </a:lnTo>
                              <a:lnTo>
                                <a:pt x="117665" y="588378"/>
                              </a:lnTo>
                              <a:lnTo>
                                <a:pt x="117665" y="635444"/>
                              </a:lnTo>
                              <a:lnTo>
                                <a:pt x="94132" y="635444"/>
                              </a:lnTo>
                              <a:lnTo>
                                <a:pt x="70599" y="635444"/>
                              </a:lnTo>
                              <a:lnTo>
                                <a:pt x="70599" y="611911"/>
                              </a:lnTo>
                              <a:lnTo>
                                <a:pt x="94132" y="611911"/>
                              </a:lnTo>
                              <a:lnTo>
                                <a:pt x="94132" y="588378"/>
                              </a:lnTo>
                              <a:lnTo>
                                <a:pt x="117665" y="588378"/>
                              </a:lnTo>
                              <a:lnTo>
                                <a:pt x="117665" y="564832"/>
                              </a:lnTo>
                              <a:lnTo>
                                <a:pt x="141198" y="564832"/>
                              </a:lnTo>
                              <a:lnTo>
                                <a:pt x="141198" y="494233"/>
                              </a:lnTo>
                              <a:close/>
                            </a:path>
                            <a:path w="165100" h="682625">
                              <a:moveTo>
                                <a:pt x="141198" y="423633"/>
                              </a:moveTo>
                              <a:lnTo>
                                <a:pt x="117665" y="423633"/>
                              </a:lnTo>
                              <a:lnTo>
                                <a:pt x="117665" y="447167"/>
                              </a:lnTo>
                              <a:lnTo>
                                <a:pt x="141198" y="447167"/>
                              </a:lnTo>
                              <a:lnTo>
                                <a:pt x="141198" y="423633"/>
                              </a:lnTo>
                              <a:close/>
                            </a:path>
                            <a:path w="165100" h="682625">
                              <a:moveTo>
                                <a:pt x="141198" y="353021"/>
                              </a:moveTo>
                              <a:lnTo>
                                <a:pt x="117665" y="353021"/>
                              </a:lnTo>
                              <a:lnTo>
                                <a:pt x="117665" y="376555"/>
                              </a:lnTo>
                              <a:lnTo>
                                <a:pt x="141198" y="376555"/>
                              </a:lnTo>
                              <a:lnTo>
                                <a:pt x="141198" y="353021"/>
                              </a:lnTo>
                              <a:close/>
                            </a:path>
                            <a:path w="165100" h="682625">
                              <a:moveTo>
                                <a:pt x="141198" y="282422"/>
                              </a:moveTo>
                              <a:lnTo>
                                <a:pt x="117665" y="282422"/>
                              </a:lnTo>
                              <a:lnTo>
                                <a:pt x="117665" y="305955"/>
                              </a:lnTo>
                              <a:lnTo>
                                <a:pt x="141198" y="305955"/>
                              </a:lnTo>
                              <a:lnTo>
                                <a:pt x="141198" y="282422"/>
                              </a:lnTo>
                              <a:close/>
                            </a:path>
                            <a:path w="165100" h="682625">
                              <a:moveTo>
                                <a:pt x="141198" y="235356"/>
                              </a:moveTo>
                              <a:lnTo>
                                <a:pt x="117665" y="235356"/>
                              </a:lnTo>
                              <a:lnTo>
                                <a:pt x="117665" y="258889"/>
                              </a:lnTo>
                              <a:lnTo>
                                <a:pt x="141198" y="258889"/>
                              </a:lnTo>
                              <a:lnTo>
                                <a:pt x="141198" y="235356"/>
                              </a:lnTo>
                              <a:close/>
                            </a:path>
                            <a:path w="165100" h="682625">
                              <a:moveTo>
                                <a:pt x="141198" y="164744"/>
                              </a:moveTo>
                              <a:lnTo>
                                <a:pt x="117665" y="164744"/>
                              </a:lnTo>
                              <a:lnTo>
                                <a:pt x="117665" y="188277"/>
                              </a:lnTo>
                              <a:lnTo>
                                <a:pt x="141198" y="188277"/>
                              </a:lnTo>
                              <a:lnTo>
                                <a:pt x="141198" y="164744"/>
                              </a:lnTo>
                              <a:close/>
                            </a:path>
                            <a:path w="165100" h="682625">
                              <a:moveTo>
                                <a:pt x="141198" y="94145"/>
                              </a:moveTo>
                              <a:lnTo>
                                <a:pt x="117665" y="94145"/>
                              </a:lnTo>
                              <a:lnTo>
                                <a:pt x="94132" y="94145"/>
                              </a:lnTo>
                              <a:lnTo>
                                <a:pt x="94132" y="117678"/>
                              </a:lnTo>
                              <a:lnTo>
                                <a:pt x="117665" y="117678"/>
                              </a:lnTo>
                              <a:lnTo>
                                <a:pt x="117665" y="141211"/>
                              </a:lnTo>
                              <a:lnTo>
                                <a:pt x="141198" y="141211"/>
                              </a:lnTo>
                              <a:lnTo>
                                <a:pt x="141198" y="94145"/>
                              </a:lnTo>
                              <a:close/>
                            </a:path>
                            <a:path w="165100" h="682625">
                              <a:moveTo>
                                <a:pt x="141198" y="47078"/>
                              </a:moveTo>
                              <a:lnTo>
                                <a:pt x="117665" y="47078"/>
                              </a:lnTo>
                              <a:lnTo>
                                <a:pt x="117665" y="70612"/>
                              </a:lnTo>
                              <a:lnTo>
                                <a:pt x="141198" y="70612"/>
                              </a:lnTo>
                              <a:lnTo>
                                <a:pt x="141198" y="47078"/>
                              </a:lnTo>
                              <a:close/>
                            </a:path>
                            <a:path w="165100" h="682625">
                              <a:moveTo>
                                <a:pt x="141198" y="0"/>
                              </a:moveTo>
                              <a:lnTo>
                                <a:pt x="117665" y="0"/>
                              </a:lnTo>
                              <a:lnTo>
                                <a:pt x="117665" y="23533"/>
                              </a:lnTo>
                              <a:lnTo>
                                <a:pt x="141198" y="23533"/>
                              </a:lnTo>
                              <a:lnTo>
                                <a:pt x="141198" y="0"/>
                              </a:lnTo>
                              <a:close/>
                            </a:path>
                            <a:path w="165100" h="682625">
                              <a:moveTo>
                                <a:pt x="164744" y="211823"/>
                              </a:moveTo>
                              <a:lnTo>
                                <a:pt x="141211" y="211823"/>
                              </a:lnTo>
                              <a:lnTo>
                                <a:pt x="141211" y="353034"/>
                              </a:lnTo>
                              <a:lnTo>
                                <a:pt x="164744" y="353034"/>
                              </a:lnTo>
                              <a:lnTo>
                                <a:pt x="164744" y="211823"/>
                              </a:lnTo>
                              <a:close/>
                            </a:path>
                            <a:path w="165100" h="682625">
                              <a:moveTo>
                                <a:pt x="164744" y="47078"/>
                              </a:moveTo>
                              <a:lnTo>
                                <a:pt x="141211" y="47078"/>
                              </a:lnTo>
                              <a:lnTo>
                                <a:pt x="141211" y="94145"/>
                              </a:lnTo>
                              <a:lnTo>
                                <a:pt x="141211" y="188277"/>
                              </a:lnTo>
                              <a:lnTo>
                                <a:pt x="164744" y="188277"/>
                              </a:lnTo>
                              <a:lnTo>
                                <a:pt x="164744" y="94145"/>
                              </a:lnTo>
                              <a:lnTo>
                                <a:pt x="164744" y="47078"/>
                              </a:lnTo>
                              <a:close/>
                            </a:path>
                            <a:path w="165100" h="682625">
                              <a:moveTo>
                                <a:pt x="164744" y="0"/>
                              </a:moveTo>
                              <a:lnTo>
                                <a:pt x="141211" y="0"/>
                              </a:lnTo>
                              <a:lnTo>
                                <a:pt x="141211" y="47066"/>
                              </a:lnTo>
                              <a:lnTo>
                                <a:pt x="164744" y="47066"/>
                              </a:lnTo>
                              <a:lnTo>
                                <a:pt x="164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/>
                    </wps:wsp>
                    <wps:wsp>
                      <wps:cNvPr id="1669353694" name="object 34"/>
                      <wps:cNvSpPr/>
                      <wps:spPr>
                        <a:xfrm>
                          <a:off x="388321" y="400100"/>
                          <a:ext cx="0" cy="2590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9079">
                              <a:moveTo>
                                <a:pt x="0" y="0"/>
                              </a:moveTo>
                              <a:lnTo>
                                <a:pt x="0" y="258876"/>
                              </a:lnTo>
                            </a:path>
                          </a:pathLst>
                        </a:custGeom>
                        <a:ln w="23533">
                          <a:solidFill>
                            <a:srgbClr val="231F20"/>
                          </a:solidFill>
                          <a:prstDash val="sysDot"/>
                        </a:ln>
                      </wps:spPr>
                      <wps:bodyPr wrap="square" lIns="0" tIns="0" rIns="0" bIns="0" rtlCol="0"/>
                    </wps:wsp>
                    <wps:wsp>
                      <wps:cNvPr id="207070685" name="object 35"/>
                      <wps:cNvSpPr/>
                      <wps:spPr>
                        <a:xfrm>
                          <a:off x="400088" y="0"/>
                          <a:ext cx="212090" cy="68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089" h="682625">
                              <a:moveTo>
                                <a:pt x="23533" y="541299"/>
                              </a:moveTo>
                              <a:lnTo>
                                <a:pt x="0" y="541299"/>
                              </a:lnTo>
                              <a:lnTo>
                                <a:pt x="0" y="564832"/>
                              </a:lnTo>
                              <a:lnTo>
                                <a:pt x="23533" y="564832"/>
                              </a:lnTo>
                              <a:lnTo>
                                <a:pt x="23533" y="541299"/>
                              </a:lnTo>
                              <a:close/>
                            </a:path>
                            <a:path w="212089" h="682625">
                              <a:moveTo>
                                <a:pt x="23533" y="470700"/>
                              </a:moveTo>
                              <a:lnTo>
                                <a:pt x="0" y="470700"/>
                              </a:lnTo>
                              <a:lnTo>
                                <a:pt x="0" y="494245"/>
                              </a:lnTo>
                              <a:lnTo>
                                <a:pt x="23533" y="494245"/>
                              </a:lnTo>
                              <a:lnTo>
                                <a:pt x="23533" y="470700"/>
                              </a:lnTo>
                              <a:close/>
                            </a:path>
                            <a:path w="212089" h="682625">
                              <a:moveTo>
                                <a:pt x="23533" y="70612"/>
                              </a:moveTo>
                              <a:lnTo>
                                <a:pt x="0" y="70612"/>
                              </a:lnTo>
                              <a:lnTo>
                                <a:pt x="0" y="94145"/>
                              </a:lnTo>
                              <a:lnTo>
                                <a:pt x="0" y="141211"/>
                              </a:lnTo>
                              <a:lnTo>
                                <a:pt x="23533" y="141211"/>
                              </a:lnTo>
                              <a:lnTo>
                                <a:pt x="23533" y="94145"/>
                              </a:lnTo>
                              <a:lnTo>
                                <a:pt x="23533" y="70612"/>
                              </a:lnTo>
                              <a:close/>
                            </a:path>
                            <a:path w="212089" h="682625">
                              <a:moveTo>
                                <a:pt x="47066" y="305955"/>
                              </a:moveTo>
                              <a:lnTo>
                                <a:pt x="23533" y="305955"/>
                              </a:lnTo>
                              <a:lnTo>
                                <a:pt x="0" y="305955"/>
                              </a:lnTo>
                              <a:lnTo>
                                <a:pt x="0" y="353021"/>
                              </a:lnTo>
                              <a:lnTo>
                                <a:pt x="23533" y="353021"/>
                              </a:lnTo>
                              <a:lnTo>
                                <a:pt x="23533" y="329488"/>
                              </a:lnTo>
                              <a:lnTo>
                                <a:pt x="47066" y="329488"/>
                              </a:lnTo>
                              <a:lnTo>
                                <a:pt x="47066" y="305955"/>
                              </a:lnTo>
                              <a:close/>
                            </a:path>
                            <a:path w="212089" h="682625">
                              <a:moveTo>
                                <a:pt x="47066" y="141211"/>
                              </a:moveTo>
                              <a:lnTo>
                                <a:pt x="23533" y="141211"/>
                              </a:lnTo>
                              <a:lnTo>
                                <a:pt x="23533" y="188277"/>
                              </a:lnTo>
                              <a:lnTo>
                                <a:pt x="47066" y="188277"/>
                              </a:lnTo>
                              <a:lnTo>
                                <a:pt x="47066" y="141211"/>
                              </a:lnTo>
                              <a:close/>
                            </a:path>
                            <a:path w="212089" h="682625">
                              <a:moveTo>
                                <a:pt x="70599" y="329488"/>
                              </a:moveTo>
                              <a:lnTo>
                                <a:pt x="47066" y="329488"/>
                              </a:lnTo>
                              <a:lnTo>
                                <a:pt x="47066" y="376555"/>
                              </a:lnTo>
                              <a:lnTo>
                                <a:pt x="70599" y="376555"/>
                              </a:lnTo>
                              <a:lnTo>
                                <a:pt x="70599" y="329488"/>
                              </a:lnTo>
                              <a:close/>
                            </a:path>
                            <a:path w="212089" h="682625">
                              <a:moveTo>
                                <a:pt x="94132" y="47078"/>
                              </a:moveTo>
                              <a:lnTo>
                                <a:pt x="70599" y="47078"/>
                              </a:lnTo>
                              <a:lnTo>
                                <a:pt x="70599" y="23545"/>
                              </a:lnTo>
                              <a:lnTo>
                                <a:pt x="47066" y="23545"/>
                              </a:lnTo>
                              <a:lnTo>
                                <a:pt x="47066" y="0"/>
                              </a:lnTo>
                              <a:lnTo>
                                <a:pt x="23533" y="0"/>
                              </a:lnTo>
                              <a:lnTo>
                                <a:pt x="0" y="0"/>
                              </a:lnTo>
                              <a:lnTo>
                                <a:pt x="0" y="23533"/>
                              </a:lnTo>
                              <a:lnTo>
                                <a:pt x="23533" y="23533"/>
                              </a:lnTo>
                              <a:lnTo>
                                <a:pt x="23533" y="47066"/>
                              </a:lnTo>
                              <a:lnTo>
                                <a:pt x="47066" y="47066"/>
                              </a:lnTo>
                              <a:lnTo>
                                <a:pt x="47066" y="94145"/>
                              </a:lnTo>
                              <a:lnTo>
                                <a:pt x="47066" y="117678"/>
                              </a:lnTo>
                              <a:lnTo>
                                <a:pt x="70599" y="117678"/>
                              </a:lnTo>
                              <a:lnTo>
                                <a:pt x="70599" y="94145"/>
                              </a:lnTo>
                              <a:lnTo>
                                <a:pt x="94132" y="94145"/>
                              </a:lnTo>
                              <a:lnTo>
                                <a:pt x="94132" y="47078"/>
                              </a:lnTo>
                              <a:close/>
                            </a:path>
                            <a:path w="212089" h="682625">
                              <a:moveTo>
                                <a:pt x="117665" y="400100"/>
                              </a:moveTo>
                              <a:lnTo>
                                <a:pt x="94132" y="400100"/>
                              </a:lnTo>
                              <a:lnTo>
                                <a:pt x="94132" y="376567"/>
                              </a:lnTo>
                              <a:lnTo>
                                <a:pt x="70599" y="376567"/>
                              </a:lnTo>
                              <a:lnTo>
                                <a:pt x="70599" y="400100"/>
                              </a:lnTo>
                              <a:lnTo>
                                <a:pt x="47066" y="400100"/>
                              </a:lnTo>
                              <a:lnTo>
                                <a:pt x="23533" y="400100"/>
                              </a:lnTo>
                              <a:lnTo>
                                <a:pt x="23533" y="423633"/>
                              </a:lnTo>
                              <a:lnTo>
                                <a:pt x="47066" y="423633"/>
                              </a:lnTo>
                              <a:lnTo>
                                <a:pt x="47066" y="447167"/>
                              </a:lnTo>
                              <a:lnTo>
                                <a:pt x="23533" y="447167"/>
                              </a:lnTo>
                              <a:lnTo>
                                <a:pt x="23533" y="470700"/>
                              </a:lnTo>
                              <a:lnTo>
                                <a:pt x="47066" y="470700"/>
                              </a:lnTo>
                              <a:lnTo>
                                <a:pt x="70599" y="470700"/>
                              </a:lnTo>
                              <a:lnTo>
                                <a:pt x="70599" y="423633"/>
                              </a:lnTo>
                              <a:lnTo>
                                <a:pt x="94132" y="423633"/>
                              </a:lnTo>
                              <a:lnTo>
                                <a:pt x="117665" y="423633"/>
                              </a:lnTo>
                              <a:lnTo>
                                <a:pt x="117665" y="400100"/>
                              </a:lnTo>
                              <a:close/>
                            </a:path>
                            <a:path w="212089" h="682625">
                              <a:moveTo>
                                <a:pt x="117665" y="188277"/>
                              </a:moveTo>
                              <a:lnTo>
                                <a:pt x="94132" y="188277"/>
                              </a:lnTo>
                              <a:lnTo>
                                <a:pt x="94132" y="141211"/>
                              </a:lnTo>
                              <a:lnTo>
                                <a:pt x="70599" y="141211"/>
                              </a:lnTo>
                              <a:lnTo>
                                <a:pt x="70599" y="188277"/>
                              </a:lnTo>
                              <a:lnTo>
                                <a:pt x="47066" y="188277"/>
                              </a:lnTo>
                              <a:lnTo>
                                <a:pt x="47066" y="211823"/>
                              </a:lnTo>
                              <a:lnTo>
                                <a:pt x="23533" y="211823"/>
                              </a:lnTo>
                              <a:lnTo>
                                <a:pt x="23533" y="188277"/>
                              </a:lnTo>
                              <a:lnTo>
                                <a:pt x="0" y="188277"/>
                              </a:lnTo>
                              <a:lnTo>
                                <a:pt x="0" y="282422"/>
                              </a:lnTo>
                              <a:lnTo>
                                <a:pt x="23533" y="282422"/>
                              </a:lnTo>
                              <a:lnTo>
                                <a:pt x="23533" y="258889"/>
                              </a:lnTo>
                              <a:lnTo>
                                <a:pt x="47066" y="258889"/>
                              </a:lnTo>
                              <a:lnTo>
                                <a:pt x="47066" y="235343"/>
                              </a:lnTo>
                              <a:lnTo>
                                <a:pt x="70599" y="235343"/>
                              </a:lnTo>
                              <a:lnTo>
                                <a:pt x="70599" y="211810"/>
                              </a:lnTo>
                              <a:lnTo>
                                <a:pt x="94132" y="211810"/>
                              </a:lnTo>
                              <a:lnTo>
                                <a:pt x="117665" y="211810"/>
                              </a:lnTo>
                              <a:lnTo>
                                <a:pt x="117665" y="188277"/>
                              </a:lnTo>
                              <a:close/>
                            </a:path>
                            <a:path w="212089" h="682625">
                              <a:moveTo>
                                <a:pt x="141198" y="517766"/>
                              </a:moveTo>
                              <a:lnTo>
                                <a:pt x="117665" y="517766"/>
                              </a:lnTo>
                              <a:lnTo>
                                <a:pt x="117665" y="541299"/>
                              </a:lnTo>
                              <a:lnTo>
                                <a:pt x="141198" y="541299"/>
                              </a:lnTo>
                              <a:lnTo>
                                <a:pt x="141198" y="517766"/>
                              </a:lnTo>
                              <a:close/>
                            </a:path>
                            <a:path w="212089" h="682625">
                              <a:moveTo>
                                <a:pt x="141198" y="470700"/>
                              </a:moveTo>
                              <a:lnTo>
                                <a:pt x="117665" y="470700"/>
                              </a:lnTo>
                              <a:lnTo>
                                <a:pt x="94132" y="470700"/>
                              </a:lnTo>
                              <a:lnTo>
                                <a:pt x="70599" y="470700"/>
                              </a:lnTo>
                              <a:lnTo>
                                <a:pt x="70599" y="517766"/>
                              </a:lnTo>
                              <a:lnTo>
                                <a:pt x="47066" y="517766"/>
                              </a:lnTo>
                              <a:lnTo>
                                <a:pt x="23533" y="517766"/>
                              </a:lnTo>
                              <a:lnTo>
                                <a:pt x="23533" y="541299"/>
                              </a:lnTo>
                              <a:lnTo>
                                <a:pt x="47066" y="541299"/>
                              </a:lnTo>
                              <a:lnTo>
                                <a:pt x="70599" y="541299"/>
                              </a:lnTo>
                              <a:lnTo>
                                <a:pt x="70599" y="564845"/>
                              </a:lnTo>
                              <a:lnTo>
                                <a:pt x="47066" y="564845"/>
                              </a:lnTo>
                              <a:lnTo>
                                <a:pt x="47066" y="611911"/>
                              </a:lnTo>
                              <a:lnTo>
                                <a:pt x="47066" y="635444"/>
                              </a:lnTo>
                              <a:lnTo>
                                <a:pt x="23533" y="635444"/>
                              </a:lnTo>
                              <a:lnTo>
                                <a:pt x="23533" y="611911"/>
                              </a:lnTo>
                              <a:lnTo>
                                <a:pt x="47066" y="611911"/>
                              </a:lnTo>
                              <a:lnTo>
                                <a:pt x="47066" y="564845"/>
                              </a:lnTo>
                              <a:lnTo>
                                <a:pt x="23533" y="564845"/>
                              </a:lnTo>
                              <a:lnTo>
                                <a:pt x="23533" y="588378"/>
                              </a:lnTo>
                              <a:lnTo>
                                <a:pt x="0" y="588378"/>
                              </a:lnTo>
                              <a:lnTo>
                                <a:pt x="0" y="635457"/>
                              </a:lnTo>
                              <a:lnTo>
                                <a:pt x="23533" y="635457"/>
                              </a:lnTo>
                              <a:lnTo>
                                <a:pt x="23533" y="658977"/>
                              </a:lnTo>
                              <a:lnTo>
                                <a:pt x="47066" y="658977"/>
                              </a:lnTo>
                              <a:lnTo>
                                <a:pt x="47066" y="682523"/>
                              </a:lnTo>
                              <a:lnTo>
                                <a:pt x="70599" y="682523"/>
                              </a:lnTo>
                              <a:lnTo>
                                <a:pt x="94132" y="682510"/>
                              </a:lnTo>
                              <a:lnTo>
                                <a:pt x="94132" y="658990"/>
                              </a:lnTo>
                              <a:lnTo>
                                <a:pt x="117665" y="658990"/>
                              </a:lnTo>
                              <a:lnTo>
                                <a:pt x="141198" y="658977"/>
                              </a:lnTo>
                              <a:lnTo>
                                <a:pt x="141198" y="635444"/>
                              </a:lnTo>
                              <a:lnTo>
                                <a:pt x="117665" y="635444"/>
                              </a:lnTo>
                              <a:lnTo>
                                <a:pt x="117665" y="588378"/>
                              </a:lnTo>
                              <a:lnTo>
                                <a:pt x="141198" y="588378"/>
                              </a:lnTo>
                              <a:lnTo>
                                <a:pt x="141198" y="564845"/>
                              </a:lnTo>
                              <a:lnTo>
                                <a:pt x="117665" y="564845"/>
                              </a:lnTo>
                              <a:lnTo>
                                <a:pt x="94132" y="564845"/>
                              </a:lnTo>
                              <a:lnTo>
                                <a:pt x="94132" y="588378"/>
                              </a:lnTo>
                              <a:lnTo>
                                <a:pt x="94132" y="658977"/>
                              </a:lnTo>
                              <a:lnTo>
                                <a:pt x="70599" y="658977"/>
                              </a:lnTo>
                              <a:lnTo>
                                <a:pt x="70599" y="588378"/>
                              </a:lnTo>
                              <a:lnTo>
                                <a:pt x="94132" y="588378"/>
                              </a:lnTo>
                              <a:lnTo>
                                <a:pt x="94132" y="564845"/>
                              </a:lnTo>
                              <a:lnTo>
                                <a:pt x="94132" y="494245"/>
                              </a:lnTo>
                              <a:lnTo>
                                <a:pt x="117665" y="494245"/>
                              </a:lnTo>
                              <a:lnTo>
                                <a:pt x="141198" y="494245"/>
                              </a:lnTo>
                              <a:lnTo>
                                <a:pt x="141198" y="470700"/>
                              </a:lnTo>
                              <a:close/>
                            </a:path>
                            <a:path w="212089" h="682625">
                              <a:moveTo>
                                <a:pt x="141198" y="423633"/>
                              </a:moveTo>
                              <a:lnTo>
                                <a:pt x="117665" y="423633"/>
                              </a:lnTo>
                              <a:lnTo>
                                <a:pt x="117665" y="447167"/>
                              </a:lnTo>
                              <a:lnTo>
                                <a:pt x="141198" y="447167"/>
                              </a:lnTo>
                              <a:lnTo>
                                <a:pt x="141198" y="423633"/>
                              </a:lnTo>
                              <a:close/>
                            </a:path>
                            <a:path w="212089" h="682625">
                              <a:moveTo>
                                <a:pt x="141198" y="258889"/>
                              </a:moveTo>
                              <a:lnTo>
                                <a:pt x="117665" y="258889"/>
                              </a:lnTo>
                              <a:lnTo>
                                <a:pt x="117665" y="282422"/>
                              </a:lnTo>
                              <a:lnTo>
                                <a:pt x="117665" y="305955"/>
                              </a:lnTo>
                              <a:lnTo>
                                <a:pt x="94132" y="305955"/>
                              </a:lnTo>
                              <a:lnTo>
                                <a:pt x="94132" y="282422"/>
                              </a:lnTo>
                              <a:lnTo>
                                <a:pt x="117665" y="282422"/>
                              </a:lnTo>
                              <a:lnTo>
                                <a:pt x="117665" y="258889"/>
                              </a:lnTo>
                              <a:lnTo>
                                <a:pt x="117665" y="235356"/>
                              </a:lnTo>
                              <a:lnTo>
                                <a:pt x="94132" y="235356"/>
                              </a:lnTo>
                              <a:lnTo>
                                <a:pt x="94132" y="258889"/>
                              </a:lnTo>
                              <a:lnTo>
                                <a:pt x="70599" y="258889"/>
                              </a:lnTo>
                              <a:lnTo>
                                <a:pt x="47066" y="258889"/>
                              </a:lnTo>
                              <a:lnTo>
                                <a:pt x="47066" y="282422"/>
                              </a:lnTo>
                              <a:lnTo>
                                <a:pt x="70599" y="282422"/>
                              </a:lnTo>
                              <a:lnTo>
                                <a:pt x="70599" y="305968"/>
                              </a:lnTo>
                              <a:lnTo>
                                <a:pt x="94132" y="305968"/>
                              </a:lnTo>
                              <a:lnTo>
                                <a:pt x="94132" y="376555"/>
                              </a:lnTo>
                              <a:lnTo>
                                <a:pt x="117665" y="376555"/>
                              </a:lnTo>
                              <a:lnTo>
                                <a:pt x="117665" y="353034"/>
                              </a:lnTo>
                              <a:lnTo>
                                <a:pt x="141198" y="353034"/>
                              </a:lnTo>
                              <a:lnTo>
                                <a:pt x="141198" y="258889"/>
                              </a:lnTo>
                              <a:close/>
                            </a:path>
                            <a:path w="212089" h="682625">
                              <a:moveTo>
                                <a:pt x="141198" y="47078"/>
                              </a:moveTo>
                              <a:lnTo>
                                <a:pt x="117665" y="47078"/>
                              </a:lnTo>
                              <a:lnTo>
                                <a:pt x="117665" y="94145"/>
                              </a:lnTo>
                              <a:lnTo>
                                <a:pt x="117665" y="164744"/>
                              </a:lnTo>
                              <a:lnTo>
                                <a:pt x="141198" y="164744"/>
                              </a:lnTo>
                              <a:lnTo>
                                <a:pt x="141198" y="94145"/>
                              </a:lnTo>
                              <a:lnTo>
                                <a:pt x="141198" y="47078"/>
                              </a:lnTo>
                              <a:close/>
                            </a:path>
                            <a:path w="212089" h="682625">
                              <a:moveTo>
                                <a:pt x="141198" y="0"/>
                              </a:moveTo>
                              <a:lnTo>
                                <a:pt x="117665" y="0"/>
                              </a:lnTo>
                              <a:lnTo>
                                <a:pt x="117665" y="47066"/>
                              </a:lnTo>
                              <a:lnTo>
                                <a:pt x="141198" y="47066"/>
                              </a:lnTo>
                              <a:lnTo>
                                <a:pt x="141198" y="0"/>
                              </a:lnTo>
                              <a:close/>
                            </a:path>
                            <a:path w="212089" h="682625">
                              <a:moveTo>
                                <a:pt x="188277" y="188277"/>
                              </a:moveTo>
                              <a:lnTo>
                                <a:pt x="164744" y="188277"/>
                              </a:lnTo>
                              <a:lnTo>
                                <a:pt x="164744" y="211823"/>
                              </a:lnTo>
                              <a:lnTo>
                                <a:pt x="141211" y="211823"/>
                              </a:lnTo>
                              <a:lnTo>
                                <a:pt x="141211" y="235356"/>
                              </a:lnTo>
                              <a:lnTo>
                                <a:pt x="164744" y="235356"/>
                              </a:lnTo>
                              <a:lnTo>
                                <a:pt x="164744" y="258876"/>
                              </a:lnTo>
                              <a:lnTo>
                                <a:pt x="188277" y="258876"/>
                              </a:lnTo>
                              <a:lnTo>
                                <a:pt x="188277" y="188277"/>
                              </a:lnTo>
                              <a:close/>
                            </a:path>
                            <a:path w="212089" h="682625">
                              <a:moveTo>
                                <a:pt x="211810" y="447167"/>
                              </a:moveTo>
                              <a:lnTo>
                                <a:pt x="188277" y="447167"/>
                              </a:lnTo>
                              <a:lnTo>
                                <a:pt x="164744" y="447167"/>
                              </a:lnTo>
                              <a:lnTo>
                                <a:pt x="141211" y="447167"/>
                              </a:lnTo>
                              <a:lnTo>
                                <a:pt x="141211" y="494245"/>
                              </a:lnTo>
                              <a:lnTo>
                                <a:pt x="164744" y="494245"/>
                              </a:lnTo>
                              <a:lnTo>
                                <a:pt x="164744" y="564845"/>
                              </a:lnTo>
                              <a:lnTo>
                                <a:pt x="141211" y="564845"/>
                              </a:lnTo>
                              <a:lnTo>
                                <a:pt x="141211" y="658990"/>
                              </a:lnTo>
                              <a:lnTo>
                                <a:pt x="164744" y="658990"/>
                              </a:lnTo>
                              <a:lnTo>
                                <a:pt x="164744" y="682510"/>
                              </a:lnTo>
                              <a:lnTo>
                                <a:pt x="188277" y="682510"/>
                              </a:lnTo>
                              <a:lnTo>
                                <a:pt x="188277" y="658977"/>
                              </a:lnTo>
                              <a:lnTo>
                                <a:pt x="164744" y="658977"/>
                              </a:lnTo>
                              <a:lnTo>
                                <a:pt x="164744" y="635457"/>
                              </a:lnTo>
                              <a:lnTo>
                                <a:pt x="188277" y="635457"/>
                              </a:lnTo>
                              <a:lnTo>
                                <a:pt x="188277" y="611911"/>
                              </a:lnTo>
                              <a:lnTo>
                                <a:pt x="164744" y="611911"/>
                              </a:lnTo>
                              <a:lnTo>
                                <a:pt x="164744" y="588378"/>
                              </a:lnTo>
                              <a:lnTo>
                                <a:pt x="188277" y="588378"/>
                              </a:lnTo>
                              <a:lnTo>
                                <a:pt x="188277" y="564845"/>
                              </a:lnTo>
                              <a:lnTo>
                                <a:pt x="211810" y="564845"/>
                              </a:lnTo>
                              <a:lnTo>
                                <a:pt x="211810" y="447167"/>
                              </a:lnTo>
                              <a:close/>
                            </a:path>
                            <a:path w="212089" h="682625">
                              <a:moveTo>
                                <a:pt x="211810" y="400100"/>
                              </a:moveTo>
                              <a:lnTo>
                                <a:pt x="188277" y="400100"/>
                              </a:lnTo>
                              <a:lnTo>
                                <a:pt x="164744" y="400100"/>
                              </a:lnTo>
                              <a:lnTo>
                                <a:pt x="164744" y="353021"/>
                              </a:lnTo>
                              <a:lnTo>
                                <a:pt x="141211" y="353021"/>
                              </a:lnTo>
                              <a:lnTo>
                                <a:pt x="141211" y="423621"/>
                              </a:lnTo>
                              <a:lnTo>
                                <a:pt x="164744" y="423621"/>
                              </a:lnTo>
                              <a:lnTo>
                                <a:pt x="188277" y="423633"/>
                              </a:lnTo>
                              <a:lnTo>
                                <a:pt x="211810" y="423633"/>
                              </a:lnTo>
                              <a:lnTo>
                                <a:pt x="211810" y="400100"/>
                              </a:lnTo>
                              <a:close/>
                            </a:path>
                            <a:path w="212089" h="682625">
                              <a:moveTo>
                                <a:pt x="211810" y="305955"/>
                              </a:moveTo>
                              <a:lnTo>
                                <a:pt x="188277" y="305955"/>
                              </a:lnTo>
                              <a:lnTo>
                                <a:pt x="164744" y="305955"/>
                              </a:lnTo>
                              <a:lnTo>
                                <a:pt x="164744" y="282422"/>
                              </a:lnTo>
                              <a:lnTo>
                                <a:pt x="141211" y="282422"/>
                              </a:lnTo>
                              <a:lnTo>
                                <a:pt x="141211" y="329488"/>
                              </a:lnTo>
                              <a:lnTo>
                                <a:pt x="164744" y="329488"/>
                              </a:lnTo>
                              <a:lnTo>
                                <a:pt x="188277" y="329488"/>
                              </a:lnTo>
                              <a:lnTo>
                                <a:pt x="188277" y="353021"/>
                              </a:lnTo>
                              <a:lnTo>
                                <a:pt x="211810" y="353021"/>
                              </a:lnTo>
                              <a:lnTo>
                                <a:pt x="211810" y="305955"/>
                              </a:lnTo>
                              <a:close/>
                            </a:path>
                            <a:path w="212089" h="682625">
                              <a:moveTo>
                                <a:pt x="211810" y="141211"/>
                              </a:moveTo>
                              <a:lnTo>
                                <a:pt x="188277" y="141211"/>
                              </a:lnTo>
                              <a:lnTo>
                                <a:pt x="164744" y="141211"/>
                              </a:lnTo>
                              <a:lnTo>
                                <a:pt x="141211" y="141211"/>
                              </a:lnTo>
                              <a:lnTo>
                                <a:pt x="141211" y="164744"/>
                              </a:lnTo>
                              <a:lnTo>
                                <a:pt x="164744" y="164744"/>
                              </a:lnTo>
                              <a:lnTo>
                                <a:pt x="188277" y="164744"/>
                              </a:lnTo>
                              <a:lnTo>
                                <a:pt x="211810" y="164744"/>
                              </a:lnTo>
                              <a:lnTo>
                                <a:pt x="211810" y="141211"/>
                              </a:lnTo>
                              <a:close/>
                            </a:path>
                            <a:path w="212089" h="682625">
                              <a:moveTo>
                                <a:pt x="211810" y="47078"/>
                              </a:moveTo>
                              <a:lnTo>
                                <a:pt x="188277" y="47078"/>
                              </a:lnTo>
                              <a:lnTo>
                                <a:pt x="164744" y="47078"/>
                              </a:lnTo>
                              <a:lnTo>
                                <a:pt x="164744" y="94145"/>
                              </a:lnTo>
                              <a:lnTo>
                                <a:pt x="164744" y="117678"/>
                              </a:lnTo>
                              <a:lnTo>
                                <a:pt x="188277" y="117678"/>
                              </a:lnTo>
                              <a:lnTo>
                                <a:pt x="211810" y="117678"/>
                              </a:lnTo>
                              <a:lnTo>
                                <a:pt x="211810" y="94145"/>
                              </a:lnTo>
                              <a:lnTo>
                                <a:pt x="211810" y="47078"/>
                              </a:lnTo>
                              <a:close/>
                            </a:path>
                            <a:path w="212089" h="682625">
                              <a:moveTo>
                                <a:pt x="211810" y="0"/>
                              </a:moveTo>
                              <a:lnTo>
                                <a:pt x="188277" y="0"/>
                              </a:lnTo>
                              <a:lnTo>
                                <a:pt x="164744" y="0"/>
                              </a:lnTo>
                              <a:lnTo>
                                <a:pt x="141211" y="0"/>
                              </a:lnTo>
                              <a:lnTo>
                                <a:pt x="141211" y="23533"/>
                              </a:lnTo>
                              <a:lnTo>
                                <a:pt x="164744" y="23533"/>
                              </a:lnTo>
                              <a:lnTo>
                                <a:pt x="188277" y="23533"/>
                              </a:lnTo>
                              <a:lnTo>
                                <a:pt x="211810" y="23533"/>
                              </a:lnTo>
                              <a:lnTo>
                                <a:pt x="2118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/>
                    </wps:wsp>
                    <wps:wsp>
                      <wps:cNvPr id="977287876" name="object 36"/>
                      <wps:cNvSpPr/>
                      <wps:spPr>
                        <a:xfrm>
                          <a:off x="588365" y="0"/>
                          <a:ext cx="94615" cy="682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614" h="682625">
                              <a:moveTo>
                                <a:pt x="47066" y="329488"/>
                              </a:moveTo>
                              <a:lnTo>
                                <a:pt x="23533" y="329488"/>
                              </a:lnTo>
                              <a:lnTo>
                                <a:pt x="23533" y="376555"/>
                              </a:lnTo>
                              <a:lnTo>
                                <a:pt x="47066" y="376555"/>
                              </a:lnTo>
                              <a:lnTo>
                                <a:pt x="47066" y="329488"/>
                              </a:lnTo>
                              <a:close/>
                            </a:path>
                            <a:path w="94614" h="682625">
                              <a:moveTo>
                                <a:pt x="47066" y="47078"/>
                              </a:moveTo>
                              <a:lnTo>
                                <a:pt x="23533" y="47078"/>
                              </a:lnTo>
                              <a:lnTo>
                                <a:pt x="23533" y="94145"/>
                              </a:lnTo>
                              <a:lnTo>
                                <a:pt x="23533" y="117678"/>
                              </a:lnTo>
                              <a:lnTo>
                                <a:pt x="47066" y="117678"/>
                              </a:lnTo>
                              <a:lnTo>
                                <a:pt x="47066" y="94145"/>
                              </a:lnTo>
                              <a:lnTo>
                                <a:pt x="47066" y="47078"/>
                              </a:lnTo>
                              <a:close/>
                            </a:path>
                            <a:path w="94614" h="682625">
                              <a:moveTo>
                                <a:pt x="70599" y="470700"/>
                              </a:moveTo>
                              <a:lnTo>
                                <a:pt x="47066" y="470700"/>
                              </a:lnTo>
                              <a:lnTo>
                                <a:pt x="47066" y="447167"/>
                              </a:lnTo>
                              <a:lnTo>
                                <a:pt x="23533" y="447167"/>
                              </a:lnTo>
                              <a:lnTo>
                                <a:pt x="0" y="447167"/>
                              </a:lnTo>
                              <a:lnTo>
                                <a:pt x="0" y="564845"/>
                              </a:lnTo>
                              <a:lnTo>
                                <a:pt x="23533" y="564845"/>
                              </a:lnTo>
                              <a:lnTo>
                                <a:pt x="23533" y="494245"/>
                              </a:lnTo>
                              <a:lnTo>
                                <a:pt x="47066" y="494245"/>
                              </a:lnTo>
                              <a:lnTo>
                                <a:pt x="70599" y="494245"/>
                              </a:lnTo>
                              <a:lnTo>
                                <a:pt x="70599" y="470700"/>
                              </a:lnTo>
                              <a:close/>
                            </a:path>
                            <a:path w="94614" h="682625">
                              <a:moveTo>
                                <a:pt x="70599" y="400100"/>
                              </a:moveTo>
                              <a:lnTo>
                                <a:pt x="47066" y="400100"/>
                              </a:lnTo>
                              <a:lnTo>
                                <a:pt x="23533" y="400100"/>
                              </a:lnTo>
                              <a:lnTo>
                                <a:pt x="23533" y="423633"/>
                              </a:lnTo>
                              <a:lnTo>
                                <a:pt x="47066" y="423633"/>
                              </a:lnTo>
                              <a:lnTo>
                                <a:pt x="70599" y="423633"/>
                              </a:lnTo>
                              <a:lnTo>
                                <a:pt x="70599" y="400100"/>
                              </a:lnTo>
                              <a:close/>
                            </a:path>
                            <a:path w="94614" h="682625">
                              <a:moveTo>
                                <a:pt x="94132" y="541299"/>
                              </a:moveTo>
                              <a:lnTo>
                                <a:pt x="70599" y="541299"/>
                              </a:lnTo>
                              <a:lnTo>
                                <a:pt x="70599" y="564845"/>
                              </a:lnTo>
                              <a:lnTo>
                                <a:pt x="47066" y="564845"/>
                              </a:lnTo>
                              <a:lnTo>
                                <a:pt x="47066" y="588378"/>
                              </a:lnTo>
                              <a:lnTo>
                                <a:pt x="70599" y="588378"/>
                              </a:lnTo>
                              <a:lnTo>
                                <a:pt x="70599" y="611911"/>
                              </a:lnTo>
                              <a:lnTo>
                                <a:pt x="47066" y="611911"/>
                              </a:lnTo>
                              <a:lnTo>
                                <a:pt x="47066" y="588378"/>
                              </a:lnTo>
                              <a:lnTo>
                                <a:pt x="23533" y="588378"/>
                              </a:lnTo>
                              <a:lnTo>
                                <a:pt x="23533" y="635444"/>
                              </a:lnTo>
                              <a:lnTo>
                                <a:pt x="0" y="635444"/>
                              </a:lnTo>
                              <a:lnTo>
                                <a:pt x="0" y="682510"/>
                              </a:lnTo>
                              <a:lnTo>
                                <a:pt x="23533" y="682510"/>
                              </a:lnTo>
                              <a:lnTo>
                                <a:pt x="23533" y="658977"/>
                              </a:lnTo>
                              <a:lnTo>
                                <a:pt x="47066" y="658977"/>
                              </a:lnTo>
                              <a:lnTo>
                                <a:pt x="47066" y="635457"/>
                              </a:lnTo>
                              <a:lnTo>
                                <a:pt x="70599" y="635457"/>
                              </a:lnTo>
                              <a:lnTo>
                                <a:pt x="70599" y="658977"/>
                              </a:lnTo>
                              <a:lnTo>
                                <a:pt x="94132" y="658977"/>
                              </a:lnTo>
                              <a:lnTo>
                                <a:pt x="94132" y="541299"/>
                              </a:lnTo>
                              <a:close/>
                            </a:path>
                            <a:path w="94614" h="682625">
                              <a:moveTo>
                                <a:pt x="94132" y="423633"/>
                              </a:moveTo>
                              <a:lnTo>
                                <a:pt x="70599" y="423633"/>
                              </a:lnTo>
                              <a:lnTo>
                                <a:pt x="70599" y="447167"/>
                              </a:lnTo>
                              <a:lnTo>
                                <a:pt x="94132" y="447167"/>
                              </a:lnTo>
                              <a:lnTo>
                                <a:pt x="94132" y="423633"/>
                              </a:lnTo>
                              <a:close/>
                            </a:path>
                            <a:path w="94614" h="682625">
                              <a:moveTo>
                                <a:pt x="94132" y="258889"/>
                              </a:moveTo>
                              <a:lnTo>
                                <a:pt x="70599" y="258889"/>
                              </a:lnTo>
                              <a:lnTo>
                                <a:pt x="70599" y="305955"/>
                              </a:lnTo>
                              <a:lnTo>
                                <a:pt x="47066" y="305955"/>
                              </a:lnTo>
                              <a:lnTo>
                                <a:pt x="47066" y="329488"/>
                              </a:lnTo>
                              <a:lnTo>
                                <a:pt x="70599" y="329488"/>
                              </a:lnTo>
                              <a:lnTo>
                                <a:pt x="70599" y="376580"/>
                              </a:lnTo>
                              <a:lnTo>
                                <a:pt x="94132" y="376580"/>
                              </a:lnTo>
                              <a:lnTo>
                                <a:pt x="94132" y="258889"/>
                              </a:lnTo>
                              <a:close/>
                            </a:path>
                            <a:path w="94614" h="682625">
                              <a:moveTo>
                                <a:pt x="94132" y="188277"/>
                              </a:moveTo>
                              <a:lnTo>
                                <a:pt x="70599" y="188277"/>
                              </a:lnTo>
                              <a:lnTo>
                                <a:pt x="47066" y="188277"/>
                              </a:lnTo>
                              <a:lnTo>
                                <a:pt x="23533" y="188277"/>
                              </a:lnTo>
                              <a:lnTo>
                                <a:pt x="23533" y="258876"/>
                              </a:lnTo>
                              <a:lnTo>
                                <a:pt x="47066" y="258876"/>
                              </a:lnTo>
                              <a:lnTo>
                                <a:pt x="47066" y="235343"/>
                              </a:lnTo>
                              <a:lnTo>
                                <a:pt x="70599" y="235343"/>
                              </a:lnTo>
                              <a:lnTo>
                                <a:pt x="70599" y="211810"/>
                              </a:lnTo>
                              <a:lnTo>
                                <a:pt x="94132" y="211810"/>
                              </a:lnTo>
                              <a:lnTo>
                                <a:pt x="94132" y="188277"/>
                              </a:lnTo>
                              <a:close/>
                            </a:path>
                            <a:path w="94614" h="682625">
                              <a:moveTo>
                                <a:pt x="94132" y="47078"/>
                              </a:moveTo>
                              <a:lnTo>
                                <a:pt x="70599" y="47078"/>
                              </a:lnTo>
                              <a:lnTo>
                                <a:pt x="70599" y="94145"/>
                              </a:lnTo>
                              <a:lnTo>
                                <a:pt x="70599" y="141211"/>
                              </a:lnTo>
                              <a:lnTo>
                                <a:pt x="47066" y="141211"/>
                              </a:lnTo>
                              <a:lnTo>
                                <a:pt x="23533" y="141211"/>
                              </a:lnTo>
                              <a:lnTo>
                                <a:pt x="23533" y="164744"/>
                              </a:lnTo>
                              <a:lnTo>
                                <a:pt x="47066" y="164744"/>
                              </a:lnTo>
                              <a:lnTo>
                                <a:pt x="70599" y="164744"/>
                              </a:lnTo>
                              <a:lnTo>
                                <a:pt x="94132" y="164744"/>
                              </a:lnTo>
                              <a:lnTo>
                                <a:pt x="94132" y="94145"/>
                              </a:lnTo>
                              <a:lnTo>
                                <a:pt x="94132" y="47078"/>
                              </a:lnTo>
                              <a:close/>
                            </a:path>
                            <a:path w="94614" h="682625">
                              <a:moveTo>
                                <a:pt x="94132" y="0"/>
                              </a:moveTo>
                              <a:lnTo>
                                <a:pt x="70599" y="0"/>
                              </a:lnTo>
                              <a:lnTo>
                                <a:pt x="47066" y="0"/>
                              </a:lnTo>
                              <a:lnTo>
                                <a:pt x="23533" y="0"/>
                              </a:lnTo>
                              <a:lnTo>
                                <a:pt x="23533" y="23533"/>
                              </a:lnTo>
                              <a:lnTo>
                                <a:pt x="47066" y="23533"/>
                              </a:lnTo>
                              <a:lnTo>
                                <a:pt x="70599" y="23533"/>
                              </a:lnTo>
                              <a:lnTo>
                                <a:pt x="70599" y="47066"/>
                              </a:lnTo>
                              <a:lnTo>
                                <a:pt x="94132" y="47066"/>
                              </a:lnTo>
                              <a:lnTo>
                                <a:pt x="941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/>
                    </wps:wsp>
                  </wpg:wgp>
                </a:graphicData>
              </a:graphic>
            </wp:anchor>
          </w:drawing>
        </mc:Choice>
        <mc:Fallback>
          <w:pict>
            <v:group w14:anchorId="24D2527A" id="Groupe 50" o:spid="_x0000_s1026" style="position:absolute;margin-left:445.9pt;margin-top:3.9pt;width:49.75pt;height:48.6pt;z-index:251663360" coordsize="6829,6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">
              <v:shape id="object 29" o:spid="_x0000_s1027" style="position:absolute;width:1416;height:6826;visibility:visible;mso-wrap-style:square;v-text-anchor:top" coordsize="141604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" path="m23533,235356l,235356r,23533l23533,258889r,-23533xem23533,188277l,188277r,23533l23533,211810r,-23533xem117665,564845r-23533,l70599,564845r-23533,l47066,635444r23533,l94132,635444r23533,l117665,564845xem117665,47078r-23533,l70599,47078r-23533,l47066,94145r,23533l70599,117678r23533,l117665,117678r,-23533l117665,47078xem141198,517766r,l,517766,,682510r141198,l141198,658977r-117665,l23533,541299r117665,l141198,517766xem141198,400100r-23533,l117665,423633r-23533,l94132,400100r23533,l117665,376567r-23533,l70599,376567r-23533,l47066,353021r23533,l70599,329488r-23533,l47066,282422r23533,l70599,258889r-23533,l23533,258889r,47066l,305955r,23533l23533,329488r,23533l,353021r,23534l23533,376555r,23545l47066,400100r,23533l70599,423633r,23534l47066,447167r,-23534l23533,423633r,-23533l,400100r,94145l23533,494245r23533,-12l47066,470700r23533,l70599,494245r23533,l117665,494233r23533,12l141198,400100xem141198,188277r-23533,l94132,188277r-23533,l70599,211823r-23533,l23533,211823r,23533l47066,235356r23533,l70599,258876r23533,l117665,258876r,23546l94132,282422r-23533,l70599,329488r23533,l94132,353021r23533,l117665,376567r23533,l141198,235356r-23533,l117665,211810r23533,l141198,188277xem141198,141211r,l23533,141211r,-47066l23533,47078,,47078,,94145r,70599l141198,164744r,-23533xem141198,r,l,,,47066r23533,l23533,23533r23533,l70599,23533r23533,l117665,23533r23533,l141198,xe" fillcolor="#231f20" stroked="f">
                <v:path arrowok="t"/>
              </v:shape>
              <v:shape id="object 30" o:spid="_x0000_s1028" style="position:absolute;left:1529;width:0;height:4946;visibility:visible;mso-wrap-style:square;v-text-anchor:top" coordsize="0,494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" path="m,l,494233e" filled="f" strokecolor="#231f20" strokeweight=".65369mm">
                <v:stroke dashstyle="1 1"/>
                <v:path arrowok="t"/>
              </v:shape>
              <v:shape id="object 31" o:spid="_x0000_s1029" style="position:absolute;left:1411;width:947;height:6826;visibility:visible;mso-wrap-style:square;v-text-anchor:top" coordsize="94614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" path="m23533,517766l,517766,,682510r23533,l23533,517766xem47066,447167r-23533,l23533,494245r23533,l47066,447167xem47066,353021r-23533,l23533,423621r23533,l47066,353021xem47066,258889r-23533,l23533,329488r23533,l47066,258889xem47066,188277r-23533,l23533,211810r23533,l47066,188277xem70612,658977r-23534,l47078,682510r23534,l70612,658977xem70612,235356r-23534,l47078,282422r23534,l70612,235356xem70612,141211r-23534,l47078,164744r23534,l70612,141211xem70612,47078r-23534,l47078,70612r23534,l70612,47078xem94145,494233r-23533,l47078,494233r,117678l70612,611911r,47066l94145,658977r,-117678l70612,541299r,-23533l94145,517766r,-23533xem94145,423633r-23533,l70612,447167r-23534,l47078,470700r23534,l94145,470700r,-47067xem94145,376567r-23533,l70612,400100r23533,l94145,376567xem94145,305955r-23533,l70612,329488r-23534,l47078,376555r23534,l70612,353021r23533,l94145,305955xem94145,188277r-23533,l47078,188277r,23533l70612,211810r23533,l94145,188277xem94145,70612r-23533,l70612,94145r-23534,l47078,117678r23534,l94145,117678r,-23533l94145,70612xem94145,l70612,,47078,r,47066l70612,47066r23533,l94145,xe" fillcolor="#231f20" stroked="f">
                <v:path arrowok="t"/>
              </v:shape>
              <v:shape id="object 32" o:spid="_x0000_s1030" style="position:absolute;left:2471;width:0;height:3295;visibility:visible;mso-wrap-style:square;v-text-anchor:top" coordsize="0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" path="m,l,329488e" filled="f" strokecolor="#231f20" strokeweight=".65369mm">
                <v:stroke dashstyle="1 1"/>
                <v:path arrowok="t"/>
              </v:shape>
              <v:shape id="object 33" o:spid="_x0000_s1031" style="position:absolute;left:2353;width:1651;height:6826;visibility:visible;mso-wrap-style:square;v-text-anchor:top" coordsize="165100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" path="m47066,400100r-23533,l,400100r,23533l23533,423633r23533,l47066,400100xem47066,188277r-23533,l23533,211810r23533,l47066,188277xem47066,94145r-23533,l23533,141211r23533,l47066,94145xem70599,47078r-23533,l47066,23545r-23533,l23533,47078r,23534l47066,70612r,23533l70599,94145r,-47067xem70599,l47066,r,23533l70599,23533,70599,xem117665,376567r-23533,l94132,400100r-23533,l70599,423633r23533,l117665,423633r,-47066xem117665,305955r-23533,l94132,164744r-23533,l70599,141211r-23533,l47066,188277r23533,l70599,305955r-23533,l47066,258889r-23533,l23533,305968r23533,l47066,353021r23533,l94132,353021r,-23533l117665,329488r,-23533xem117665,141211r-23533,l94132,164744r23533,l117665,141211xem141198,494233r-23533,l117665,447167r-23533,l94132,470700r,23545l94132,564845r-23533,l70599,494245r23533,l94132,470700r-23533,l70599,423633r-23533,l47066,494233r,23533l47066,541299r-23533,l23533,517766r23533,l47066,494233r-23533,l,494233r,70599l23533,564832r,23533l47066,588365r,23546l47066,635457r,23520l23533,658977r,-23520l47066,635457r,-23546l23533,611911r,23533l,635444r,47066l23533,682510r23533,l70599,682510r23533,l94132,658977r23533,l117665,682536r23533,l141198,588378r-23533,l117665,635444r-23533,l70599,635444r,-23533l94132,611911r,-23533l117665,588378r,-23546l141198,564832r,-70599xem141198,423633r-23533,l117665,447167r23533,l141198,423633xem141198,353021r-23533,l117665,376555r23533,l141198,353021xem141198,282422r-23533,l117665,305955r23533,l141198,282422xem141198,235356r-23533,l117665,258889r23533,l141198,235356xem141198,164744r-23533,l117665,188277r23533,l141198,164744xem141198,94145r-23533,l94132,94145r,23533l117665,117678r,23533l141198,141211r,-47066xem141198,47078r-23533,l117665,70612r23533,l141198,47078xem141198,l117665,r,23533l141198,23533,141198,xem164744,211823r-23533,l141211,353034r23533,l164744,211823xem164744,47078r-23533,l141211,94145r,94132l164744,188277r,-94132l164744,47078xem164744,l141211,r,47066l164744,47066,164744,xe" fillcolor="#231f20" stroked="f">
                <v:path arrowok="t"/>
              </v:shape>
              <v:shape id="object 34" o:spid="_x0000_s1032" style="position:absolute;left:3883;top:4001;width:0;height:2590;visibility:visible;mso-wrap-style:square;v-text-anchor:top" coordsize="0,25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" path="m,l,258876e" filled="f" strokecolor="#231f20" strokeweight=".65369mm">
                <v:stroke dashstyle="1 1"/>
                <v:path arrowok="t"/>
              </v:shape>
              <v:shape id="object 35" o:spid="_x0000_s1033" style="position:absolute;left:4000;width:2121;height:6826;visibility:visible;mso-wrap-style:square;v-text-anchor:top" coordsize="212089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" path="m23533,541299l,541299r,23533l23533,564832r,-23533xem23533,470700l,470700r,23545l23533,494245r,-23545xem23533,70612l,70612,,94145r,47066l23533,141211r,-47066l23533,70612xem47066,305955r-23533,l,305955r,47066l23533,353021r,-23533l47066,329488r,-23533xem47066,141211r-23533,l23533,188277r23533,l47066,141211xem70599,329488r-23533,l47066,376555r23533,l70599,329488xem94132,47078r-23533,l70599,23545r-23533,l47066,,23533,,,,,23533r23533,l23533,47066r23533,l47066,94145r,23533l70599,117678r,-23533l94132,94145r,-47067xem117665,400100r-23533,l94132,376567r-23533,l70599,400100r-23533,l23533,400100r,23533l47066,423633r,23534l23533,447167r,23533l47066,470700r23533,l70599,423633r23533,l117665,423633r,-23533xem117665,188277r-23533,l94132,141211r-23533,l70599,188277r-23533,l47066,211823r-23533,l23533,188277,,188277r,94145l23533,282422r,-23533l47066,258889r,-23546l70599,235343r,-23533l94132,211810r23533,l117665,188277xem141198,517766r-23533,l117665,541299r23533,l141198,517766xem141198,470700r-23533,l94132,470700r-23533,l70599,517766r-23533,l23533,517766r,23533l47066,541299r23533,l70599,564845r-23533,l47066,611911r,23533l23533,635444r,-23533l47066,611911r,-47066l23533,564845r,23533l,588378r,47079l23533,635457r,23520l47066,658977r,23546l70599,682523r23533,-13l94132,658990r23533,l141198,658977r,-23533l117665,635444r,-47066l141198,588378r,-23533l117665,564845r-23533,l94132,588378r,70599l70599,658977r,-70599l94132,588378r,-23533l94132,494245r23533,l141198,494245r,-23545xem141198,423633r-23533,l117665,447167r23533,l141198,423633xem141198,258889r-23533,l117665,282422r,23533l94132,305955r,-23533l117665,282422r,-23533l117665,235356r-23533,l94132,258889r-23533,l47066,258889r,23533l70599,282422r,23546l94132,305968r,70587l117665,376555r,-23521l141198,353034r,-94145xem141198,47078r-23533,l117665,94145r,70599l141198,164744r,-70599l141198,47078xem141198,l117665,r,47066l141198,47066,141198,xem188277,188277r-23533,l164744,211823r-23533,l141211,235356r23533,l164744,258876r23533,l188277,188277xem211810,447167r-23533,l164744,447167r-23533,l141211,494245r23533,l164744,564845r-23533,l141211,658990r23533,l164744,682510r23533,l188277,658977r-23533,l164744,635457r23533,l188277,611911r-23533,l164744,588378r23533,l188277,564845r23533,l211810,447167xem211810,400100r-23533,l164744,400100r,-47079l141211,353021r,70600l164744,423621r23533,12l211810,423633r,-23533xem211810,305955r-23533,l164744,305955r,-23533l141211,282422r,47066l164744,329488r23533,l188277,353021r23533,l211810,305955xem211810,141211r-23533,l164744,141211r-23533,l141211,164744r23533,l188277,164744r23533,l211810,141211xem211810,47078r-23533,l164744,47078r,47067l164744,117678r23533,l211810,117678r,-23533l211810,47078xem211810,l188277,,164744,,141211,r,23533l164744,23533r23533,l211810,23533,211810,xe" fillcolor="#231f20" stroked="f">
                <v:path arrowok="t"/>
              </v:shape>
              <v:shape id="object 36" o:spid="_x0000_s1034" style="position:absolute;left:5883;width:946;height:6826;visibility:visible;mso-wrap-style:square;v-text-anchor:top" coordsize="94614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" path="m47066,329488r-23533,l23533,376555r23533,l47066,329488xem47066,47078r-23533,l23533,94145r,23533l47066,117678r,-23533l47066,47078xem70599,470700r-23533,l47066,447167r-23533,l,447167,,564845r23533,l23533,494245r23533,l70599,494245r,-23545xem70599,400100r-23533,l23533,400100r,23533l47066,423633r23533,l70599,400100xem94132,541299r-23533,l70599,564845r-23533,l47066,588378r23533,l70599,611911r-23533,l47066,588378r-23533,l23533,635444,,635444r,47066l23533,682510r,-23533l47066,658977r,-23520l70599,635457r,23520l94132,658977r,-117678xem94132,423633r-23533,l70599,447167r23533,l94132,423633xem94132,258889r-23533,l70599,305955r-23533,l47066,329488r23533,l70599,376580r23533,l94132,258889xem94132,188277r-23533,l47066,188277r-23533,l23533,258876r23533,l47066,235343r23533,l70599,211810r23533,l94132,188277xem94132,47078r-23533,l70599,94145r,47066l47066,141211r-23533,l23533,164744r23533,l70599,164744r23533,l94132,94145r,-47067xem94132,l70599,,47066,,23533,r,23533l47066,23533r23533,l70599,47066r23533,l94132,xe" fillcolor="#231f20" stroked="f">
                <v:path arrowok="t"/>
              </v:shape>
            </v:group>
          </w:pict>
        </mc:Fallback>
      </mc:AlternateContent>
    </w:r>
    <w:r w:rsidR="008A4FBA" w:rsidRPr="00187135">
      <w:rPr>
        <w:b/>
        <w:bCs/>
        <w:i/>
        <w:iCs/>
        <w:lang w:val="fr-FR"/>
      </w:rPr>
      <w:t>MF Master Formations Centre Européen de formations</w:t>
    </w:r>
  </w:p>
  <w:p w14:paraId="7A618134" w14:textId="70302C1B" w:rsidR="006660FD" w:rsidRPr="00187135" w:rsidRDefault="008A4FBA" w:rsidP="008A4FBA">
    <w:pPr>
      <w:pStyle w:val="Pieddepage"/>
      <w:jc w:val="center"/>
      <w:rPr>
        <w:i/>
        <w:iCs/>
        <w:lang w:val="fr-FR"/>
      </w:rPr>
    </w:pPr>
    <w:r w:rsidRPr="00187135">
      <w:rPr>
        <w:i/>
        <w:iCs/>
        <w:lang w:val="fr-FR"/>
      </w:rPr>
      <w:t>1 rue de Stockholm</w:t>
    </w:r>
    <w:r w:rsidR="009D7000" w:rsidRPr="00187135">
      <w:rPr>
        <w:i/>
        <w:iCs/>
        <w:lang w:val="fr-FR"/>
      </w:rPr>
      <w:t xml:space="preserve"> </w:t>
    </w:r>
    <w:r w:rsidRPr="00187135">
      <w:rPr>
        <w:i/>
        <w:iCs/>
        <w:lang w:val="fr-FR"/>
      </w:rPr>
      <w:t>75008 Paris</w:t>
    </w:r>
  </w:p>
  <w:p w14:paraId="593AF616" w14:textId="517507A5" w:rsidR="006660FD" w:rsidRPr="00187135" w:rsidRDefault="006660FD" w:rsidP="006660FD">
    <w:pPr>
      <w:pStyle w:val="Pieddepage"/>
      <w:jc w:val="center"/>
      <w:rPr>
        <w:i/>
        <w:iCs/>
        <w:lang w:val="fr-FR"/>
      </w:rPr>
    </w:pPr>
    <w:r w:rsidRPr="00187135">
      <w:rPr>
        <w:i/>
        <w:iCs/>
        <w:lang w:val="fr-FR"/>
      </w:rPr>
      <w:t>Contact : 06 50 03 95 05</w:t>
    </w:r>
    <w:r w:rsidR="00F02570" w:rsidRPr="00187135">
      <w:rPr>
        <w:i/>
        <w:iCs/>
        <w:lang w:val="fr-FR"/>
      </w:rPr>
      <w:t xml:space="preserve"> / </w:t>
    </w:r>
    <w:proofErr w:type="gramStart"/>
    <w:r w:rsidRPr="00187135">
      <w:rPr>
        <w:i/>
        <w:iCs/>
        <w:lang w:val="fr-FR"/>
      </w:rPr>
      <w:t>Email</w:t>
    </w:r>
    <w:proofErr w:type="gramEnd"/>
    <w:r w:rsidRPr="00187135">
      <w:rPr>
        <w:i/>
        <w:iCs/>
        <w:lang w:val="fr-FR"/>
      </w:rPr>
      <w:t xml:space="preserve"> : contact@</w:t>
    </w:r>
    <w:r w:rsidR="00A212C9" w:rsidRPr="00187135">
      <w:rPr>
        <w:i/>
        <w:iCs/>
        <w:lang w:val="fr-FR"/>
      </w:rPr>
      <w:t>master-formations.eu</w:t>
    </w:r>
  </w:p>
  <w:p w14:paraId="45FF8AA6" w14:textId="372F3783" w:rsidR="006660FD" w:rsidRPr="00187135" w:rsidRDefault="006660FD" w:rsidP="006660FD">
    <w:pPr>
      <w:pStyle w:val="Pieddepage"/>
      <w:jc w:val="center"/>
      <w:rPr>
        <w:i/>
        <w:iCs/>
      </w:rPr>
    </w:pPr>
    <w:r w:rsidRPr="00187135">
      <w:rPr>
        <w:i/>
        <w:iCs/>
      </w:rPr>
      <w:t xml:space="preserve">Site </w:t>
    </w:r>
    <w:proofErr w:type="gramStart"/>
    <w:r w:rsidRPr="00187135">
      <w:rPr>
        <w:i/>
        <w:iCs/>
      </w:rPr>
      <w:t>web :</w:t>
    </w:r>
    <w:proofErr w:type="gramEnd"/>
    <w:r w:rsidRPr="00187135">
      <w:rPr>
        <w:i/>
        <w:iCs/>
      </w:rPr>
      <w:t xml:space="preserve"> https://</w:t>
    </w:r>
    <w:r w:rsidR="00A212C9" w:rsidRPr="00187135">
      <w:rPr>
        <w:i/>
        <w:iCs/>
      </w:rPr>
      <w:t>master-formations.com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DB0B9" w14:textId="77777777" w:rsidR="008A18EB" w:rsidRDefault="008A18EB" w:rsidP="00693DEE">
      <w:pPr>
        <w:spacing w:after="0" w:line="240" w:lineRule="auto"/>
      </w:pPr>
      <w:r>
        <w:separator/>
      </w:r>
    </w:p>
  </w:footnote>
  <w:footnote w:type="continuationSeparator" w:id="0">
    <w:p w14:paraId="787433FE" w14:textId="77777777" w:rsidR="008A18EB" w:rsidRDefault="008A18EB" w:rsidP="00693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43EC2"/>
    <w:multiLevelType w:val="hybridMultilevel"/>
    <w:tmpl w:val="9992EE66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16119DE"/>
    <w:multiLevelType w:val="multilevel"/>
    <w:tmpl w:val="2EEEA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5F7537"/>
    <w:multiLevelType w:val="hybridMultilevel"/>
    <w:tmpl w:val="2B3E5450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419631A"/>
    <w:multiLevelType w:val="multilevel"/>
    <w:tmpl w:val="6EF2B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4BD6B57"/>
    <w:multiLevelType w:val="multilevel"/>
    <w:tmpl w:val="93968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676A65"/>
    <w:multiLevelType w:val="hybridMultilevel"/>
    <w:tmpl w:val="E878FF38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B6550E4"/>
    <w:multiLevelType w:val="hybridMultilevel"/>
    <w:tmpl w:val="0F3825BC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E422F84"/>
    <w:multiLevelType w:val="hybridMultilevel"/>
    <w:tmpl w:val="37343B0E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33D4144"/>
    <w:multiLevelType w:val="hybridMultilevel"/>
    <w:tmpl w:val="16482A26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A874D1"/>
    <w:multiLevelType w:val="multilevel"/>
    <w:tmpl w:val="9A4E1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5F13518"/>
    <w:multiLevelType w:val="multilevel"/>
    <w:tmpl w:val="3DFC3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B65021"/>
    <w:multiLevelType w:val="multilevel"/>
    <w:tmpl w:val="8C2039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2E4EA1"/>
    <w:multiLevelType w:val="multilevel"/>
    <w:tmpl w:val="6770A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BA356C4"/>
    <w:multiLevelType w:val="hybridMultilevel"/>
    <w:tmpl w:val="EA2E7E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0060D7"/>
    <w:multiLevelType w:val="multilevel"/>
    <w:tmpl w:val="C122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8EE47B8"/>
    <w:multiLevelType w:val="multilevel"/>
    <w:tmpl w:val="4E42B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9D43351"/>
    <w:multiLevelType w:val="multilevel"/>
    <w:tmpl w:val="A9E2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D7A3710"/>
    <w:multiLevelType w:val="multilevel"/>
    <w:tmpl w:val="4B069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E8C4A6C"/>
    <w:multiLevelType w:val="multilevel"/>
    <w:tmpl w:val="90D85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4746A37"/>
    <w:multiLevelType w:val="hybridMultilevel"/>
    <w:tmpl w:val="3FA03E78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615B55"/>
    <w:multiLevelType w:val="hybridMultilevel"/>
    <w:tmpl w:val="48E61A74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7B48E7"/>
    <w:multiLevelType w:val="multilevel"/>
    <w:tmpl w:val="154EA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A9225A6"/>
    <w:multiLevelType w:val="multilevel"/>
    <w:tmpl w:val="F230B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A740538"/>
    <w:multiLevelType w:val="hybridMultilevel"/>
    <w:tmpl w:val="C1E2B7A8"/>
    <w:lvl w:ilvl="0" w:tplc="45DA1438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653679">
    <w:abstractNumId w:val="8"/>
  </w:num>
  <w:num w:numId="2" w16cid:durableId="1489443548">
    <w:abstractNumId w:val="6"/>
  </w:num>
  <w:num w:numId="3" w16cid:durableId="1187406763">
    <w:abstractNumId w:val="5"/>
  </w:num>
  <w:num w:numId="4" w16cid:durableId="1229457956">
    <w:abstractNumId w:val="4"/>
  </w:num>
  <w:num w:numId="5" w16cid:durableId="462046554">
    <w:abstractNumId w:val="7"/>
  </w:num>
  <w:num w:numId="6" w16cid:durableId="739014718">
    <w:abstractNumId w:val="3"/>
  </w:num>
  <w:num w:numId="7" w16cid:durableId="483736832">
    <w:abstractNumId w:val="2"/>
  </w:num>
  <w:num w:numId="8" w16cid:durableId="512961266">
    <w:abstractNumId w:val="1"/>
  </w:num>
  <w:num w:numId="9" w16cid:durableId="1938710894">
    <w:abstractNumId w:val="0"/>
  </w:num>
  <w:num w:numId="10" w16cid:durableId="2025746394">
    <w:abstractNumId w:val="10"/>
  </w:num>
  <w:num w:numId="11" w16cid:durableId="480462222">
    <w:abstractNumId w:val="26"/>
  </w:num>
  <w:num w:numId="12" w16cid:durableId="2009793733">
    <w:abstractNumId w:val="18"/>
  </w:num>
  <w:num w:numId="13" w16cid:durableId="1078599915">
    <w:abstractNumId w:val="20"/>
  </w:num>
  <w:num w:numId="14" w16cid:durableId="175771868">
    <w:abstractNumId w:val="8"/>
  </w:num>
  <w:num w:numId="15" w16cid:durableId="684671524">
    <w:abstractNumId w:val="22"/>
  </w:num>
  <w:num w:numId="16" w16cid:durableId="1064839891">
    <w:abstractNumId w:val="14"/>
  </w:num>
  <w:num w:numId="17" w16cid:durableId="140581641">
    <w:abstractNumId w:val="29"/>
  </w:num>
  <w:num w:numId="18" w16cid:durableId="1968465032">
    <w:abstractNumId w:val="9"/>
  </w:num>
  <w:num w:numId="19" w16cid:durableId="1590043608">
    <w:abstractNumId w:val="28"/>
  </w:num>
  <w:num w:numId="20" w16cid:durableId="5983513">
    <w:abstractNumId w:val="11"/>
  </w:num>
  <w:num w:numId="21" w16cid:durableId="667178059">
    <w:abstractNumId w:val="17"/>
  </w:num>
  <w:num w:numId="22" w16cid:durableId="869413150">
    <w:abstractNumId w:val="16"/>
  </w:num>
  <w:num w:numId="23" w16cid:durableId="442001180">
    <w:abstractNumId w:val="32"/>
  </w:num>
  <w:num w:numId="24" w16cid:durableId="361981568">
    <w:abstractNumId w:val="15"/>
  </w:num>
  <w:num w:numId="25" w16cid:durableId="427387167">
    <w:abstractNumId w:val="27"/>
  </w:num>
  <w:num w:numId="26" w16cid:durableId="66416555">
    <w:abstractNumId w:val="21"/>
  </w:num>
  <w:num w:numId="27" w16cid:durableId="2080209137">
    <w:abstractNumId w:val="25"/>
  </w:num>
  <w:num w:numId="28" w16cid:durableId="2101095315">
    <w:abstractNumId w:val="31"/>
  </w:num>
  <w:num w:numId="29" w16cid:durableId="1082676354">
    <w:abstractNumId w:val="30"/>
  </w:num>
  <w:num w:numId="30" w16cid:durableId="1291279367">
    <w:abstractNumId w:val="23"/>
  </w:num>
  <w:num w:numId="31" w16cid:durableId="1143811161">
    <w:abstractNumId w:val="12"/>
  </w:num>
  <w:num w:numId="32" w16cid:durableId="1062295748">
    <w:abstractNumId w:val="13"/>
  </w:num>
  <w:num w:numId="33" w16cid:durableId="984041698">
    <w:abstractNumId w:val="19"/>
  </w:num>
  <w:num w:numId="34" w16cid:durableId="11076940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4F6E"/>
    <w:rsid w:val="00014A82"/>
    <w:rsid w:val="00021667"/>
    <w:rsid w:val="00034616"/>
    <w:rsid w:val="0006063C"/>
    <w:rsid w:val="00067FF1"/>
    <w:rsid w:val="000C7D23"/>
    <w:rsid w:val="000E0536"/>
    <w:rsid w:val="000E77CA"/>
    <w:rsid w:val="00100CB2"/>
    <w:rsid w:val="00146002"/>
    <w:rsid w:val="00146EAF"/>
    <w:rsid w:val="0015074B"/>
    <w:rsid w:val="00181204"/>
    <w:rsid w:val="00187135"/>
    <w:rsid w:val="001C25FA"/>
    <w:rsid w:val="001F534B"/>
    <w:rsid w:val="002079F6"/>
    <w:rsid w:val="00275F59"/>
    <w:rsid w:val="00280000"/>
    <w:rsid w:val="00284A22"/>
    <w:rsid w:val="0029639D"/>
    <w:rsid w:val="002A414E"/>
    <w:rsid w:val="002B64DD"/>
    <w:rsid w:val="002E215F"/>
    <w:rsid w:val="003146E6"/>
    <w:rsid w:val="00326F90"/>
    <w:rsid w:val="00333B52"/>
    <w:rsid w:val="00341199"/>
    <w:rsid w:val="00344AB6"/>
    <w:rsid w:val="0038213F"/>
    <w:rsid w:val="003E4502"/>
    <w:rsid w:val="00417593"/>
    <w:rsid w:val="00443EA7"/>
    <w:rsid w:val="004517F1"/>
    <w:rsid w:val="00481A74"/>
    <w:rsid w:val="004C3CAC"/>
    <w:rsid w:val="004E1C2D"/>
    <w:rsid w:val="004E1F4D"/>
    <w:rsid w:val="004E5492"/>
    <w:rsid w:val="004F7A45"/>
    <w:rsid w:val="00515DF7"/>
    <w:rsid w:val="00516129"/>
    <w:rsid w:val="00534D67"/>
    <w:rsid w:val="005652A4"/>
    <w:rsid w:val="00586BB6"/>
    <w:rsid w:val="00597BAE"/>
    <w:rsid w:val="005B2ED6"/>
    <w:rsid w:val="005D676F"/>
    <w:rsid w:val="005F1D89"/>
    <w:rsid w:val="006427A7"/>
    <w:rsid w:val="0065410C"/>
    <w:rsid w:val="006566D7"/>
    <w:rsid w:val="006660FD"/>
    <w:rsid w:val="006772A9"/>
    <w:rsid w:val="00686747"/>
    <w:rsid w:val="00693DEE"/>
    <w:rsid w:val="006A2A0E"/>
    <w:rsid w:val="006C0374"/>
    <w:rsid w:val="006F48EB"/>
    <w:rsid w:val="0071213E"/>
    <w:rsid w:val="007407F5"/>
    <w:rsid w:val="007421AE"/>
    <w:rsid w:val="007620A5"/>
    <w:rsid w:val="00773A0E"/>
    <w:rsid w:val="00776D42"/>
    <w:rsid w:val="007A1C09"/>
    <w:rsid w:val="007B5B18"/>
    <w:rsid w:val="007E12D6"/>
    <w:rsid w:val="007E2804"/>
    <w:rsid w:val="007E59F0"/>
    <w:rsid w:val="007F332F"/>
    <w:rsid w:val="0081274F"/>
    <w:rsid w:val="00826F96"/>
    <w:rsid w:val="00827F6B"/>
    <w:rsid w:val="00863754"/>
    <w:rsid w:val="0087042F"/>
    <w:rsid w:val="008A18EB"/>
    <w:rsid w:val="008A4FBA"/>
    <w:rsid w:val="00921065"/>
    <w:rsid w:val="00943725"/>
    <w:rsid w:val="00947528"/>
    <w:rsid w:val="00950855"/>
    <w:rsid w:val="00954219"/>
    <w:rsid w:val="00955BDB"/>
    <w:rsid w:val="009656BA"/>
    <w:rsid w:val="009859DD"/>
    <w:rsid w:val="00996013"/>
    <w:rsid w:val="0099767E"/>
    <w:rsid w:val="009D2A54"/>
    <w:rsid w:val="009D7000"/>
    <w:rsid w:val="009E4B7C"/>
    <w:rsid w:val="009F1559"/>
    <w:rsid w:val="00A04670"/>
    <w:rsid w:val="00A212C9"/>
    <w:rsid w:val="00A21C32"/>
    <w:rsid w:val="00A25EBB"/>
    <w:rsid w:val="00A50AF9"/>
    <w:rsid w:val="00A65093"/>
    <w:rsid w:val="00AA1D8D"/>
    <w:rsid w:val="00AA2A08"/>
    <w:rsid w:val="00AA2B4F"/>
    <w:rsid w:val="00AE2CDE"/>
    <w:rsid w:val="00AE5F30"/>
    <w:rsid w:val="00AF0279"/>
    <w:rsid w:val="00AF1AD5"/>
    <w:rsid w:val="00B008E9"/>
    <w:rsid w:val="00B179C3"/>
    <w:rsid w:val="00B17A6A"/>
    <w:rsid w:val="00B302E4"/>
    <w:rsid w:val="00B47730"/>
    <w:rsid w:val="00B67686"/>
    <w:rsid w:val="00B95FCF"/>
    <w:rsid w:val="00BF0B7D"/>
    <w:rsid w:val="00C23718"/>
    <w:rsid w:val="00C843E9"/>
    <w:rsid w:val="00CB0664"/>
    <w:rsid w:val="00CC0DE8"/>
    <w:rsid w:val="00D152A4"/>
    <w:rsid w:val="00D270D8"/>
    <w:rsid w:val="00D5655C"/>
    <w:rsid w:val="00DA39C1"/>
    <w:rsid w:val="00DF4701"/>
    <w:rsid w:val="00E40581"/>
    <w:rsid w:val="00E44BE0"/>
    <w:rsid w:val="00E473F1"/>
    <w:rsid w:val="00E656F6"/>
    <w:rsid w:val="00E70C8A"/>
    <w:rsid w:val="00E94742"/>
    <w:rsid w:val="00EA7FFE"/>
    <w:rsid w:val="00EB2829"/>
    <w:rsid w:val="00ED00D8"/>
    <w:rsid w:val="00F02570"/>
    <w:rsid w:val="00F10C49"/>
    <w:rsid w:val="00F32716"/>
    <w:rsid w:val="00F43B04"/>
    <w:rsid w:val="00F6674D"/>
    <w:rsid w:val="00F7378E"/>
    <w:rsid w:val="00F821D1"/>
    <w:rsid w:val="00FA7857"/>
    <w:rsid w:val="00FC5F09"/>
    <w:rsid w:val="00FC693F"/>
    <w:rsid w:val="00FF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4062061"/>
  <w14:defaultImageDpi w14:val="300"/>
  <w15:docId w15:val="{5ABB33EF-B4DB-4AEF-96B0-3FEC1D6D9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Sébastien DEJOUET</cp:lastModifiedBy>
  <cp:revision>43</cp:revision>
  <dcterms:created xsi:type="dcterms:W3CDTF">2025-04-29T09:47:00Z</dcterms:created>
  <dcterms:modified xsi:type="dcterms:W3CDTF">2025-07-17T13:12:00Z</dcterms:modified>
  <cp:category/>
</cp:coreProperties>
</file>