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67437" w14:textId="26234773" w:rsidR="008C0FF4" w:rsidRDefault="00000000">
      <w:pPr>
        <w:pStyle w:val="Titre1"/>
      </w:pPr>
      <w:r>
        <w:t>ATTESTATION SUR L'HONNEUR</w:t>
      </w:r>
    </w:p>
    <w:p w14:paraId="4A0543FD" w14:textId="77777777" w:rsidR="008C0FF4" w:rsidRDefault="00000000">
      <w:r>
        <w:t>Je soussigné, M. Cerceau Fabrice, domicilié à 43 bis rue de la Croix Blanche, 60440 Brégy, atteste sur l'honneur ne pas employer de salarié étranger au sein de mon entreprise FCS ProConsult.</w:t>
      </w:r>
      <w:r>
        <w:br/>
      </w:r>
    </w:p>
    <w:p w14:paraId="470E0ADD" w14:textId="77777777" w:rsidR="008C0FF4" w:rsidRDefault="00000000">
      <w:r>
        <w:t>Cette déclaration est faite en conformité avec les dispositions légales en vigueur relatives à l'emploi de travailleurs étrangers en France.</w:t>
      </w:r>
      <w:r>
        <w:br/>
      </w:r>
    </w:p>
    <w:p w14:paraId="00C3A4D8" w14:textId="77777777" w:rsidR="008C0FF4" w:rsidRDefault="00000000">
      <w:r>
        <w:t>Je suis conscient que toute fausse déclaration m'expose aux sanctions prévues par la loi.</w:t>
      </w:r>
      <w:r>
        <w:br/>
      </w:r>
    </w:p>
    <w:p w14:paraId="6C979CCD" w14:textId="77777777" w:rsidR="008C0FF4" w:rsidRDefault="00000000">
      <w:r>
        <w:t>Fait à Brégy, le 31/01/2025</w:t>
      </w:r>
      <w:r>
        <w:br/>
      </w:r>
    </w:p>
    <w:p w14:paraId="5B214F7C" w14:textId="5357B82B" w:rsidR="00A75A4D" w:rsidRDefault="00A75A4D">
      <w:r>
        <w:t>Signature:</w:t>
      </w:r>
      <w:r w:rsidR="00000000">
        <w:br/>
      </w:r>
      <w:r w:rsidR="00000000">
        <w:br/>
        <w:t>M. Cerceau Fabrice</w:t>
      </w:r>
    </w:p>
    <w:p w14:paraId="3522D63E" w14:textId="77777777" w:rsidR="00A75A4D" w:rsidRDefault="00A75A4D"/>
    <w:p w14:paraId="0F67565E" w14:textId="27F32017" w:rsidR="008C0FF4" w:rsidRDefault="00A75A4D">
      <w:r>
        <w:rPr>
          <w:noProof/>
        </w:rPr>
        <w:drawing>
          <wp:inline distT="0" distB="0" distL="0" distR="0" wp14:anchorId="49ADE421" wp14:editId="2F15A1C7">
            <wp:extent cx="1314450" cy="257175"/>
            <wp:effectExtent l="0" t="0" r="0" b="9525"/>
            <wp:docPr id="94479038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790384" name="Image 94479038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0FF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61470348">
    <w:abstractNumId w:val="8"/>
  </w:num>
  <w:num w:numId="2" w16cid:durableId="721488449">
    <w:abstractNumId w:val="6"/>
  </w:num>
  <w:num w:numId="3" w16cid:durableId="549078488">
    <w:abstractNumId w:val="5"/>
  </w:num>
  <w:num w:numId="4" w16cid:durableId="423961873">
    <w:abstractNumId w:val="4"/>
  </w:num>
  <w:num w:numId="5" w16cid:durableId="855313970">
    <w:abstractNumId w:val="7"/>
  </w:num>
  <w:num w:numId="6" w16cid:durableId="306667976">
    <w:abstractNumId w:val="3"/>
  </w:num>
  <w:num w:numId="7" w16cid:durableId="2106143290">
    <w:abstractNumId w:val="2"/>
  </w:num>
  <w:num w:numId="8" w16cid:durableId="47609617">
    <w:abstractNumId w:val="1"/>
  </w:num>
  <w:num w:numId="9" w16cid:durableId="14379461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C0FF4"/>
    <w:rsid w:val="00A75A4D"/>
    <w:rsid w:val="00AA1D8D"/>
    <w:rsid w:val="00B47730"/>
    <w:rsid w:val="00CB0664"/>
    <w:rsid w:val="00D31A1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DC3769"/>
  <w14:defaultImageDpi w14:val="300"/>
  <w15:docId w15:val="{CF2707C3-8430-4A6D-9F42-8141829DD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Fabrice Cerceau</cp:lastModifiedBy>
  <cp:revision>2</cp:revision>
  <dcterms:created xsi:type="dcterms:W3CDTF">2013-12-23T23:15:00Z</dcterms:created>
  <dcterms:modified xsi:type="dcterms:W3CDTF">2025-02-01T15:21:00Z</dcterms:modified>
  <cp:category/>
</cp:coreProperties>
</file>